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1DE9" w:rsidR="00082029" w:rsidP="004B50FE" w:rsidRDefault="004F429A" w14:paraId="7EADF4A5" w14:textId="0F6984EA">
      <w:pPr>
        <w:spacing w:after="0"/>
        <w:jc w:val="center"/>
        <w:rPr>
          <w:lang w:val="es-ES"/>
        </w:rPr>
      </w:pPr>
      <w:r w:rsidRPr="00071DE9">
        <w:rPr>
          <w:b/>
          <w:sz w:val="32"/>
          <w:lang w:val="es-ES"/>
        </w:rPr>
        <w:t>SOLICITUD</w:t>
      </w:r>
      <w:r w:rsidR="00D12639">
        <w:rPr>
          <w:b/>
          <w:sz w:val="32"/>
          <w:lang w:val="es-ES"/>
        </w:rPr>
        <w:t xml:space="preserve"> DE PARTICIPACIÓN</w:t>
      </w:r>
      <w:r w:rsidRPr="00071DE9">
        <w:rPr>
          <w:b/>
          <w:sz w:val="32"/>
          <w:lang w:val="es-ES"/>
        </w:rPr>
        <w:t xml:space="preserve"> – PROGRAMA EUROPROF</w:t>
      </w:r>
      <w:r w:rsidR="00D177CD">
        <w:rPr>
          <w:b/>
          <w:sz w:val="32"/>
          <w:lang w:val="es-ES"/>
        </w:rPr>
        <w:t xml:space="preserve"> </w:t>
      </w:r>
      <w:r w:rsidR="0089738F">
        <w:rPr>
          <w:b/>
          <w:sz w:val="32"/>
          <w:lang w:val="es-ES"/>
        </w:rPr>
        <w:t xml:space="preserve">- </w:t>
      </w:r>
      <w:r w:rsidR="00D177CD">
        <w:rPr>
          <w:b/>
          <w:sz w:val="32"/>
          <w:lang w:val="es-ES"/>
        </w:rPr>
        <w:t>BRASIL 2026</w:t>
      </w:r>
    </w:p>
    <w:p w:rsidRPr="00071DE9" w:rsidR="00082029" w:rsidP="004B50FE" w:rsidRDefault="004F429A" w14:paraId="020178D9" w14:textId="38A6E094">
      <w:pPr>
        <w:spacing w:after="0"/>
        <w:jc w:val="center"/>
        <w:rPr>
          <w:lang w:val="es-ES"/>
        </w:rPr>
      </w:pPr>
      <w:r w:rsidRPr="00071DE9">
        <w:rPr>
          <w:b/>
          <w:sz w:val="28"/>
          <w:lang w:val="es-ES"/>
        </w:rPr>
        <w:t>ESPAÑOL</w:t>
      </w:r>
    </w:p>
    <w:p w:rsidRPr="004B50FE" w:rsidR="00082029" w:rsidP="004B50FE" w:rsidRDefault="004F429A" w14:paraId="0D85C020" w14:textId="2F52DF13">
      <w:pPr>
        <w:spacing w:after="0"/>
        <w:rPr>
          <w:b/>
          <w:bCs/>
          <w:lang w:val="es-ES"/>
        </w:rPr>
      </w:pPr>
      <w:r w:rsidRPr="004B50FE">
        <w:rPr>
          <w:b/>
          <w:bCs/>
          <w:lang w:val="es-ES"/>
        </w:rPr>
        <w:t>Programa EUROPROF – Formación</w:t>
      </w:r>
      <w:r w:rsidRPr="004B50FE" w:rsidR="00417775">
        <w:rPr>
          <w:b/>
          <w:bCs/>
          <w:lang w:val="es-ES"/>
        </w:rPr>
        <w:t xml:space="preserve"> en lengua española</w:t>
      </w:r>
      <w:r w:rsidRPr="004B50FE">
        <w:rPr>
          <w:b/>
          <w:bCs/>
          <w:lang w:val="es-ES"/>
        </w:rPr>
        <w:t xml:space="preserve"> para profesorado </w:t>
      </w:r>
      <w:r w:rsidRPr="004B50FE">
        <w:rPr>
          <w:b/>
          <w:bCs/>
          <w:lang w:val="es-ES"/>
        </w:rPr>
        <w:t>en Brasil</w:t>
      </w:r>
    </w:p>
    <w:p w:rsidR="00D437AF" w:rsidP="004B50FE" w:rsidRDefault="0D60CEEF" w14:paraId="177CA23B" w14:textId="77777777">
      <w:pPr>
        <w:spacing w:after="0"/>
        <w:rPr>
          <w:lang w:val="es-ES"/>
        </w:rPr>
      </w:pPr>
      <w:r w:rsidRPr="6FE2CBDC">
        <w:rPr>
          <w:lang w:val="es-ES"/>
        </w:rPr>
        <w:t>D./D.ª _______________________________________________,</w:t>
      </w:r>
    </w:p>
    <w:p w:rsidR="00D437AF" w:rsidP="004B50FE" w:rsidRDefault="0D60CEEF" w14:paraId="1B042CA0" w14:textId="77777777">
      <w:pPr>
        <w:spacing w:after="0"/>
        <w:rPr>
          <w:lang w:val="es-ES"/>
        </w:rPr>
      </w:pPr>
      <w:r w:rsidRPr="6FE2CBDC">
        <w:rPr>
          <w:lang w:val="es-ES"/>
        </w:rPr>
        <w:t>con CPF n.º _________________________________________,</w:t>
      </w:r>
    </w:p>
    <w:p w:rsidR="00D437AF" w:rsidP="004B50FE" w:rsidRDefault="0D60CEEF" w14:paraId="0840105B" w14:textId="77777777">
      <w:pPr>
        <w:spacing w:after="0"/>
        <w:rPr>
          <w:lang w:val="es-ES"/>
        </w:rPr>
      </w:pPr>
      <w:r w:rsidRPr="6FE2CBDC">
        <w:rPr>
          <w:lang w:val="es-ES"/>
        </w:rPr>
        <w:t>domiciliado/a en _____________________________________,</w:t>
      </w:r>
    </w:p>
    <w:p w:rsidR="00D437AF" w:rsidP="004B50FE" w:rsidRDefault="0D60CEEF" w14:paraId="0B3B1C34" w14:textId="77777777">
      <w:pPr>
        <w:spacing w:after="0"/>
        <w:rPr>
          <w:lang w:val="es-ES"/>
        </w:rPr>
      </w:pPr>
      <w:r w:rsidRPr="6FE2CBDC">
        <w:rPr>
          <w:lang w:val="es-ES"/>
        </w:rPr>
        <w:t>correo electrónico ___________________________________,</w:t>
      </w:r>
    </w:p>
    <w:p w:rsidR="00D437AF" w:rsidP="004B50FE" w:rsidRDefault="0D60CEEF" w14:paraId="63BCF577" w14:textId="77777777">
      <w:pPr>
        <w:spacing w:after="0"/>
        <w:rPr>
          <w:lang w:val="es-ES"/>
        </w:rPr>
      </w:pPr>
      <w:r w:rsidRPr="6FE2CBDC">
        <w:rPr>
          <w:lang w:val="es-ES"/>
        </w:rPr>
        <w:t>teléfono _____________________________________________,</w:t>
      </w:r>
    </w:p>
    <w:p w:rsidR="00D437AF" w:rsidP="004B50FE" w:rsidRDefault="0D60CEEF" w14:paraId="470A69E1" w14:textId="44F3E1DA">
      <w:pPr>
        <w:spacing w:after="0"/>
        <w:rPr>
          <w:lang w:val="es-ES"/>
        </w:rPr>
      </w:pPr>
      <w:r w:rsidRPr="6FE2CBDC">
        <w:rPr>
          <w:lang w:val="es-ES"/>
        </w:rPr>
        <w:t>docente en la enseñanza no universitaria en</w:t>
      </w:r>
      <w:r w:rsidR="00417775">
        <w:rPr>
          <w:lang w:val="es-ES"/>
        </w:rPr>
        <w:t xml:space="preserve"> (ciudad) </w:t>
      </w:r>
      <w:r w:rsidRPr="6FE2CBDC">
        <w:rPr>
          <w:lang w:val="es-ES"/>
        </w:rPr>
        <w:t>_____________________________________,</w:t>
      </w:r>
    </w:p>
    <w:p w:rsidR="004B50FE" w:rsidP="004B50FE" w:rsidRDefault="004B50FE" w14:paraId="290F459E" w14:textId="77777777">
      <w:pPr>
        <w:spacing w:after="0"/>
        <w:rPr>
          <w:lang w:val="es-ES"/>
        </w:rPr>
      </w:pPr>
    </w:p>
    <w:p w:rsidR="00D437AF" w:rsidP="004B50FE" w:rsidRDefault="0D60CEEF" w14:paraId="381B088C" w14:textId="1CA2B53A">
      <w:pPr>
        <w:spacing w:after="0"/>
        <w:rPr>
          <w:lang w:val="es-ES"/>
        </w:rPr>
      </w:pPr>
      <w:r w:rsidRPr="6FE2CBDC">
        <w:rPr>
          <w:lang w:val="es-ES"/>
        </w:rPr>
        <w:t>EXPONE</w:t>
      </w:r>
    </w:p>
    <w:p w:rsidR="00D437AF" w:rsidP="004B50FE" w:rsidRDefault="00BA23F1" w14:paraId="34CAB041" w14:textId="357E6751">
      <w:pPr>
        <w:spacing w:after="0"/>
        <w:rPr>
          <w:lang w:val="es-ES"/>
        </w:rPr>
      </w:pPr>
      <w:r w:rsidRPr="6FE2CBDC">
        <w:rPr>
          <w:lang w:val="es-ES"/>
        </w:rPr>
        <w:t xml:space="preserve">- </w:t>
      </w:r>
      <w:r w:rsidRPr="6FE2CBDC" w:rsidR="0D60CEEF">
        <w:rPr>
          <w:lang w:val="es-ES"/>
        </w:rPr>
        <w:t>Que ha tenido conocimiento de la convocatoria del Programa EUROPROF para la formación del profesorado en Brasil, organizada por la Consejería de Educación de la Embajada de España en Brasil y desarrollada por el Instituto Cervantes.</w:t>
      </w:r>
      <w:r w:rsidR="004F429A">
        <w:br/>
      </w:r>
      <w:r w:rsidRPr="6FE2CBDC">
        <w:rPr>
          <w:lang w:val="es-ES"/>
        </w:rPr>
        <w:t xml:space="preserve">- </w:t>
      </w:r>
      <w:r w:rsidRPr="6FE2CBDC" w:rsidR="0D60CEEF">
        <w:rPr>
          <w:lang w:val="es-ES"/>
        </w:rPr>
        <w:t>Que desea participar en dicha convocatoria y, a tal efecto,</w:t>
      </w:r>
    </w:p>
    <w:p w:rsidR="00D437AF" w:rsidP="004B50FE" w:rsidRDefault="00D437AF" w14:paraId="6DAFF603" w14:textId="77777777">
      <w:pPr>
        <w:spacing w:after="0"/>
        <w:rPr>
          <w:lang w:val="es-ES"/>
        </w:rPr>
      </w:pPr>
    </w:p>
    <w:p w:rsidR="00D437AF" w:rsidP="004B50FE" w:rsidRDefault="0D60CEEF" w14:paraId="48F33A04" w14:textId="77777777">
      <w:pPr>
        <w:spacing w:after="0"/>
        <w:rPr>
          <w:lang w:val="es-ES"/>
        </w:rPr>
      </w:pPr>
      <w:r w:rsidRPr="6FE2CBDC">
        <w:rPr>
          <w:lang w:val="es-ES"/>
        </w:rPr>
        <w:t>SOLICITA</w:t>
      </w:r>
    </w:p>
    <w:p w:rsidR="00D437AF" w:rsidP="004B50FE" w:rsidRDefault="00BA23F1" w14:paraId="1C3985D2" w14:textId="54F43F83">
      <w:pPr>
        <w:spacing w:after="0"/>
        <w:rPr>
          <w:lang w:val="es-ES"/>
        </w:rPr>
      </w:pPr>
      <w:r w:rsidRPr="6FE2CBDC">
        <w:rPr>
          <w:lang w:val="es-ES"/>
        </w:rPr>
        <w:t xml:space="preserve">- </w:t>
      </w:r>
      <w:r>
        <w:rPr>
          <w:lang w:val="es-ES"/>
        </w:rPr>
        <w:t xml:space="preserve"> </w:t>
      </w:r>
      <w:r w:rsidRPr="6FE2CBDC" w:rsidR="0D60CEEF">
        <w:rPr>
          <w:lang w:val="es-ES"/>
        </w:rPr>
        <w:t>Ser admitido/a en el proceso de selección para participar en una de las acciones formativas ofertadas en el marco del Programa EUROPROF.</w:t>
      </w:r>
    </w:p>
    <w:p w:rsidR="004F4402" w:rsidP="004B50FE" w:rsidRDefault="004F4402" w14:paraId="48C0768A" w14:textId="77777777">
      <w:pPr>
        <w:spacing w:after="0"/>
        <w:rPr>
          <w:lang w:val="es-ES"/>
        </w:rPr>
      </w:pPr>
    </w:p>
    <w:p w:rsidR="00D437AF" w:rsidP="004B50FE" w:rsidRDefault="0D60CEEF" w14:paraId="372BEE5C" w14:textId="34A21305">
      <w:pPr>
        <w:spacing w:after="0"/>
        <w:rPr>
          <w:lang w:val="es-ES"/>
        </w:rPr>
      </w:pPr>
      <w:r w:rsidRPr="6FE2CBDC">
        <w:rPr>
          <w:lang w:val="es-ES"/>
        </w:rPr>
        <w:t>Asimismo, declara:</w:t>
      </w:r>
    </w:p>
    <w:p w:rsidR="00D437AF" w:rsidP="004B50FE" w:rsidRDefault="0D60CEEF" w14:paraId="5870768F" w14:textId="77777777">
      <w:pPr>
        <w:spacing w:after="0"/>
        <w:rPr>
          <w:lang w:val="es-ES"/>
        </w:rPr>
      </w:pPr>
      <w:r w:rsidRPr="6FE2CBDC">
        <w:rPr>
          <w:lang w:val="es-ES"/>
        </w:rPr>
        <w:t>- Que son ciertos los datos consignados en esta solicitud</w:t>
      </w:r>
      <w:r w:rsidR="00EC6DFE">
        <w:rPr>
          <w:lang w:val="es-ES"/>
        </w:rPr>
        <w:t>,</w:t>
      </w:r>
    </w:p>
    <w:p w:rsidR="00D437AF" w:rsidP="004B50FE" w:rsidRDefault="0D60CEEF" w14:paraId="74184ED2" w14:textId="77777777">
      <w:pPr>
        <w:spacing w:after="0"/>
        <w:rPr>
          <w:lang w:val="es-ES"/>
        </w:rPr>
      </w:pPr>
      <w:r w:rsidRPr="6FE2CBDC">
        <w:rPr>
          <w:lang w:val="es-ES"/>
        </w:rPr>
        <w:t>- Que cumple los requisitos establecidos en la convocatoria</w:t>
      </w:r>
      <w:r w:rsidR="00EC6DFE">
        <w:rPr>
          <w:lang w:val="es-ES"/>
        </w:rPr>
        <w:t>,</w:t>
      </w:r>
    </w:p>
    <w:p w:rsidR="00D437AF" w:rsidP="004B50FE" w:rsidRDefault="0D60CEEF" w14:paraId="5AF45434" w14:textId="77777777">
      <w:pPr>
        <w:spacing w:after="0"/>
        <w:rPr>
          <w:lang w:val="es-ES"/>
        </w:rPr>
      </w:pPr>
      <w:r w:rsidRPr="6FE2CBDC">
        <w:rPr>
          <w:lang w:val="es-ES"/>
        </w:rPr>
        <w:t>- Que se compromete a participar activamente en la formación en caso de ser seleccionado/a</w:t>
      </w:r>
      <w:r w:rsidR="00EC6DFE">
        <w:rPr>
          <w:lang w:val="es-ES"/>
        </w:rPr>
        <w:t>,</w:t>
      </w:r>
    </w:p>
    <w:p w:rsidR="00D437AF" w:rsidP="004B50FE" w:rsidRDefault="0D60CEEF" w14:paraId="14087D0D" w14:textId="77777777">
      <w:pPr>
        <w:spacing w:after="0"/>
        <w:rPr>
          <w:lang w:val="es-ES"/>
        </w:rPr>
      </w:pPr>
      <w:r w:rsidRPr="6FE2CBDC">
        <w:rPr>
          <w:lang w:val="es-ES"/>
        </w:rPr>
        <w:t>- Que adjunta la documentación requerida:</w:t>
      </w:r>
    </w:p>
    <w:p w:rsidR="00D437AF" w:rsidP="004B50FE" w:rsidRDefault="0D60CEEF" w14:paraId="0206277F" w14:textId="77777777">
      <w:pPr>
        <w:spacing w:after="0"/>
        <w:rPr>
          <w:lang w:val="es-ES"/>
        </w:rPr>
      </w:pPr>
      <w:r w:rsidRPr="6FE2CBDC">
        <w:rPr>
          <w:lang w:val="es-ES"/>
        </w:rPr>
        <w:t xml:space="preserve">  • Copia del </w:t>
      </w:r>
      <w:r w:rsidRPr="6FE2CBDC" w:rsidR="33063395">
        <w:rPr>
          <w:lang w:val="es-ES"/>
        </w:rPr>
        <w:t>RG</w:t>
      </w:r>
    </w:p>
    <w:p w:rsidR="00D437AF" w:rsidP="004B50FE" w:rsidRDefault="0D60CEEF" w14:paraId="02743FEA" w14:textId="77777777">
      <w:pPr>
        <w:spacing w:after="0"/>
        <w:rPr>
          <w:lang w:val="es-ES"/>
        </w:rPr>
      </w:pPr>
      <w:r w:rsidRPr="6FE2CBDC">
        <w:rPr>
          <w:lang w:val="es-ES"/>
        </w:rPr>
        <w:t xml:space="preserve">  • Formulario de solicitud</w:t>
      </w:r>
    </w:p>
    <w:p w:rsidR="00D437AF" w:rsidP="004B50FE" w:rsidRDefault="0D60CEEF" w14:paraId="7EAB773E" w14:textId="65C8198B">
      <w:pPr>
        <w:spacing w:after="0"/>
        <w:rPr>
          <w:lang w:val="es-ES"/>
        </w:rPr>
      </w:pPr>
      <w:r w:rsidRPr="6FE2CBDC">
        <w:rPr>
          <w:lang w:val="es-ES"/>
        </w:rPr>
        <w:t xml:space="preserve">  • Formulario de compromiso de la Administración</w:t>
      </w:r>
      <w:r w:rsidR="006E76C8">
        <w:rPr>
          <w:lang w:val="es-ES"/>
        </w:rPr>
        <w:t xml:space="preserve"> educativa</w:t>
      </w:r>
    </w:p>
    <w:p w:rsidR="00D437AF" w:rsidP="004B50FE" w:rsidRDefault="0D60CEEF" w14:paraId="5DAD272F" w14:textId="77777777">
      <w:pPr>
        <w:spacing w:after="0"/>
        <w:rPr>
          <w:lang w:val="es-ES"/>
        </w:rPr>
      </w:pPr>
      <w:r w:rsidRPr="6FE2CBDC">
        <w:rPr>
          <w:lang w:val="es-ES"/>
        </w:rPr>
        <w:t xml:space="preserve">  • Formulario de compromiso del/de la docente</w:t>
      </w:r>
    </w:p>
    <w:p w:rsidR="004B50FE" w:rsidP="004B50FE" w:rsidRDefault="004B50FE" w14:paraId="5E9E6CFF" w14:textId="77777777">
      <w:pPr>
        <w:spacing w:after="0"/>
        <w:rPr>
          <w:lang w:val="es-ES"/>
        </w:rPr>
      </w:pPr>
    </w:p>
    <w:p w:rsidRPr="00071DE9" w:rsidR="00071DE9" w:rsidP="004B50FE" w:rsidRDefault="0D60CEEF" w14:paraId="02D6E566" w14:textId="49EE862E">
      <w:pPr>
        <w:spacing w:after="0"/>
        <w:rPr>
          <w:lang w:val="es-ES"/>
        </w:rPr>
      </w:pPr>
      <w:r w:rsidRPr="6FE2CBDC">
        <w:rPr>
          <w:lang w:val="es-ES"/>
        </w:rPr>
        <w:t>Igualmente, manifiesta su conformidad con el tratamiento de los datos personales aportados, exclusivamente para la gestión de la presente convocatoria y conforme a la normativa aplicable.</w:t>
      </w:r>
    </w:p>
    <w:p w:rsidR="004B50FE" w:rsidP="004B50FE" w:rsidRDefault="004B50FE" w14:paraId="6A355BEC" w14:textId="77777777">
      <w:pPr>
        <w:spacing w:after="0"/>
        <w:rPr>
          <w:lang w:val="es-ES"/>
        </w:rPr>
      </w:pPr>
    </w:p>
    <w:p w:rsidR="00D437AF" w:rsidP="004B50FE" w:rsidRDefault="00071DE9" w14:paraId="77512EC6" w14:textId="28E17AA2">
      <w:pPr>
        <w:spacing w:after="0"/>
        <w:rPr>
          <w:lang w:val="es-ES"/>
        </w:rPr>
      </w:pPr>
      <w:r w:rsidRPr="00071DE9">
        <w:rPr>
          <w:lang w:val="es-ES"/>
        </w:rPr>
        <w:t>Asimismo, declara conocer que, en caso de empate en la puntuación obtenida en el proceso de selección, se tendrá en cuenta como criterio de desempate el orden de presentación de las solicitudes a través del formulario</w:t>
      </w:r>
      <w:r w:rsidR="00FF0B8A">
        <w:rPr>
          <w:lang w:val="es-ES"/>
        </w:rPr>
        <w:t xml:space="preserve"> en línea</w:t>
      </w:r>
      <w:r w:rsidRPr="00071DE9">
        <w:rPr>
          <w:lang w:val="es-ES"/>
        </w:rPr>
        <w:t xml:space="preserve"> habilitado en la página web de la Consejería de Educación de la Embajada de España en Brasil.</w:t>
      </w:r>
    </w:p>
    <w:p w:rsidR="004B50FE" w:rsidP="004B50FE" w:rsidRDefault="004B50FE" w14:paraId="553F94E5" w14:textId="77777777">
      <w:pPr>
        <w:spacing w:after="0"/>
        <w:rPr>
          <w:lang w:val="es-ES"/>
        </w:rPr>
      </w:pPr>
    </w:p>
    <w:p w:rsidR="00D437AF" w:rsidP="004B50FE" w:rsidRDefault="00071DE9" w14:paraId="3EECBF04" w14:textId="45DCBDCC">
      <w:pPr>
        <w:spacing w:after="0"/>
        <w:rPr>
          <w:lang w:val="es-ES"/>
        </w:rPr>
      </w:pPr>
      <w:r w:rsidRPr="00071DE9">
        <w:rPr>
          <w:lang w:val="es-ES"/>
        </w:rPr>
        <w:t>En ________________________________________,</w:t>
      </w:r>
      <w:r w:rsidR="004B50FE">
        <w:rPr>
          <w:lang w:val="es-ES"/>
        </w:rPr>
        <w:t xml:space="preserve"> </w:t>
      </w:r>
      <w:r w:rsidRPr="00071DE9">
        <w:rPr>
          <w:lang w:val="es-ES"/>
        </w:rPr>
        <w:t>a _____ de __________________ de 2026.</w:t>
      </w:r>
    </w:p>
    <w:p w:rsidR="00D437AF" w:rsidP="004B50FE" w:rsidRDefault="00071DE9" w14:paraId="3626C8BA" w14:textId="406A10D4">
      <w:pPr>
        <w:spacing w:after="0"/>
        <w:rPr>
          <w:lang w:val="es-ES"/>
        </w:rPr>
      </w:pPr>
      <w:r w:rsidRPr="00071DE9">
        <w:rPr>
          <w:lang w:val="es-ES"/>
        </w:rPr>
        <w:t>Firma:</w:t>
      </w:r>
    </w:p>
    <w:p w:rsidR="00A670B6" w:rsidP="004B50FE" w:rsidRDefault="00A670B6" w14:paraId="7F408952" w14:textId="77777777">
      <w:pPr>
        <w:spacing w:after="0"/>
        <w:rPr>
          <w:lang w:val="es-ES"/>
        </w:rPr>
      </w:pPr>
    </w:p>
    <w:p w:rsidR="00741429" w:rsidP="004B50FE" w:rsidRDefault="00071DE9" w14:paraId="46C71EDB" w14:textId="77777777">
      <w:pPr>
        <w:spacing w:after="0"/>
        <w:rPr>
          <w:lang w:val="es-ES"/>
        </w:rPr>
      </w:pPr>
      <w:r w:rsidRPr="4BB69C12" w:rsidR="77ADA818">
        <w:rPr>
          <w:lang w:val="es-ES"/>
        </w:rPr>
        <w:t>_____________________________________</w:t>
      </w:r>
    </w:p>
    <w:p w:rsidRPr="00071DE9" w:rsidR="00082029" w:rsidP="004B50FE" w:rsidRDefault="00741429" w14:paraId="29372C86" w14:textId="244C4152">
      <w:pPr>
        <w:spacing w:after="0"/>
        <w:rPr>
          <w:lang w:val="es-ES"/>
        </w:rPr>
      </w:pPr>
      <w:r>
        <w:rPr>
          <w:lang w:val="es-ES"/>
        </w:rPr>
        <w:t xml:space="preserve">FORMULARIO EN LÍNEA: </w:t>
      </w:r>
      <w:hyperlink w:history="1" r:id="rId9">
        <w:r w:rsidRPr="00AD7568">
          <w:rPr>
            <w:rStyle w:val="Hipervnculo"/>
            <w:lang w:val="es-ES"/>
          </w:rPr>
          <w:t>https://forma.administracionelectronica.gob.es/form/open/corp/34525557-8142-4112-9333-ec00693671f7/vnaW</w:t>
        </w:r>
      </w:hyperlink>
      <w:r w:rsidRPr="00071DE9" w:rsidR="004F429A">
        <w:rPr>
          <w:lang w:val="es-ES"/>
        </w:rPr>
        <w:br w:type="page"/>
      </w:r>
    </w:p>
    <w:p w:rsidRPr="00071DE9" w:rsidR="004F4402" w:rsidP="004F4402" w:rsidRDefault="00010EA9" w14:paraId="0251282C" w14:textId="096E5257">
      <w:pPr>
        <w:spacing w:after="0"/>
        <w:jc w:val="center"/>
        <w:rPr>
          <w:lang w:val="es-ES"/>
        </w:rPr>
      </w:pPr>
      <w:r>
        <w:rPr>
          <w:b/>
          <w:sz w:val="32"/>
          <w:lang w:val="es-ES"/>
        </w:rPr>
        <w:lastRenderedPageBreak/>
        <w:t xml:space="preserve">FORMULÁRIO DE </w:t>
      </w:r>
      <w:r w:rsidR="00833DFB">
        <w:rPr>
          <w:b/>
          <w:sz w:val="32"/>
          <w:lang w:val="es-ES"/>
        </w:rPr>
        <w:t>CANDIDATURA</w:t>
      </w:r>
      <w:r w:rsidRPr="00071DE9" w:rsidR="004F4402">
        <w:rPr>
          <w:b/>
          <w:sz w:val="32"/>
          <w:lang w:val="es-ES"/>
        </w:rPr>
        <w:t xml:space="preserve"> – PROGRAMA EUROPROF</w:t>
      </w:r>
      <w:r w:rsidR="004F4402">
        <w:rPr>
          <w:b/>
          <w:sz w:val="32"/>
          <w:lang w:val="es-ES"/>
        </w:rPr>
        <w:t xml:space="preserve"> - BRASIL 2026</w:t>
      </w:r>
    </w:p>
    <w:p w:rsidRPr="00071DE9" w:rsidR="004F4402" w:rsidP="004F4402" w:rsidRDefault="00596A9A" w14:paraId="7E7EC3CC" w14:textId="00C2E03C">
      <w:pPr>
        <w:spacing w:after="0"/>
        <w:jc w:val="center"/>
        <w:rPr>
          <w:lang w:val="es-ES"/>
        </w:rPr>
      </w:pPr>
      <w:r>
        <w:rPr>
          <w:b/>
          <w:sz w:val="28"/>
          <w:lang w:val="es-ES"/>
        </w:rPr>
        <w:t>PORTUGUÊS</w:t>
      </w:r>
    </w:p>
    <w:p w:rsidRPr="00685E25" w:rsidR="00082029" w:rsidP="004B50FE" w:rsidRDefault="004F429A" w14:paraId="417E6CED" w14:textId="193E3E5C">
      <w:pPr>
        <w:spacing w:after="0"/>
        <w:rPr>
          <w:b/>
          <w:bCs/>
          <w:lang w:val="pt-BR"/>
        </w:rPr>
      </w:pPr>
      <w:r w:rsidRPr="00685E25">
        <w:rPr>
          <w:b/>
          <w:bCs/>
          <w:lang w:val="pt-BR"/>
        </w:rPr>
        <w:t xml:space="preserve">Programa EUROPROF – Formação </w:t>
      </w:r>
      <w:r w:rsidR="00E50908">
        <w:rPr>
          <w:b/>
          <w:bCs/>
          <w:lang w:val="pt-BR"/>
        </w:rPr>
        <w:t>e</w:t>
      </w:r>
      <w:r w:rsidR="002C342C">
        <w:rPr>
          <w:b/>
          <w:bCs/>
          <w:lang w:val="pt-BR"/>
        </w:rPr>
        <w:t>m</w:t>
      </w:r>
      <w:r w:rsidR="00E50908">
        <w:rPr>
          <w:b/>
          <w:bCs/>
          <w:lang w:val="pt-BR"/>
        </w:rPr>
        <w:t xml:space="preserve"> língua espanhola para docentes </w:t>
      </w:r>
      <w:r w:rsidRPr="00685E25">
        <w:rPr>
          <w:b/>
          <w:bCs/>
          <w:lang w:val="pt-BR"/>
        </w:rPr>
        <w:t>no Brasil</w:t>
      </w:r>
    </w:p>
    <w:p w:rsidR="00474C0D" w:rsidP="004B50FE" w:rsidRDefault="0D60CEEF" w14:paraId="3FFA4793" w14:textId="77777777">
      <w:pPr>
        <w:spacing w:after="0"/>
        <w:rPr>
          <w:lang w:val="pt-BR"/>
        </w:rPr>
      </w:pPr>
      <w:r w:rsidRPr="6FE2CBDC">
        <w:rPr>
          <w:lang w:val="pt-BR"/>
        </w:rPr>
        <w:t>Eu, _______________________________________________,</w:t>
      </w:r>
    </w:p>
    <w:p w:rsidR="00474C0D" w:rsidP="004B50FE" w:rsidRDefault="0D60CEEF" w14:paraId="74007285" w14:textId="77777777">
      <w:pPr>
        <w:spacing w:after="0"/>
        <w:rPr>
          <w:lang w:val="pt-BR"/>
        </w:rPr>
      </w:pPr>
      <w:r w:rsidRPr="6FE2CBDC">
        <w:rPr>
          <w:lang w:val="pt-BR"/>
        </w:rPr>
        <w:t>CPF nº ____________________________________________,</w:t>
      </w:r>
    </w:p>
    <w:p w:rsidR="00474C0D" w:rsidP="004B50FE" w:rsidRDefault="0D60CEEF" w14:paraId="519DFF44" w14:textId="77777777">
      <w:pPr>
        <w:spacing w:after="0"/>
        <w:rPr>
          <w:lang w:val="pt-BR"/>
        </w:rPr>
      </w:pPr>
      <w:r w:rsidRPr="6FE2CBDC">
        <w:rPr>
          <w:lang w:val="pt-BR"/>
        </w:rPr>
        <w:t>residente em _______________________________________,</w:t>
      </w:r>
    </w:p>
    <w:p w:rsidR="00474C0D" w:rsidP="004B50FE" w:rsidRDefault="0D60CEEF" w14:paraId="19DE2F2C" w14:textId="77777777">
      <w:pPr>
        <w:spacing w:after="0"/>
        <w:rPr>
          <w:lang w:val="pt-BR"/>
        </w:rPr>
      </w:pPr>
      <w:r w:rsidRPr="6FE2CBDC">
        <w:rPr>
          <w:lang w:val="pt-BR"/>
        </w:rPr>
        <w:t>e-mail _____________________________________________,</w:t>
      </w:r>
    </w:p>
    <w:p w:rsidR="00474C0D" w:rsidP="004B50FE" w:rsidRDefault="0D60CEEF" w14:paraId="7FE97E54" w14:textId="77777777">
      <w:pPr>
        <w:spacing w:after="0"/>
        <w:rPr>
          <w:lang w:val="pt-BR"/>
        </w:rPr>
      </w:pPr>
      <w:r w:rsidRPr="6FE2CBDC">
        <w:rPr>
          <w:lang w:val="pt-BR"/>
        </w:rPr>
        <w:t>telefone ___________________________________________,</w:t>
      </w:r>
    </w:p>
    <w:p w:rsidR="00474C0D" w:rsidP="004B50FE" w:rsidRDefault="00090049" w14:paraId="3A413FE1" w14:textId="13ECD49E">
      <w:pPr>
        <w:spacing w:after="0"/>
        <w:rPr>
          <w:lang w:val="pt-BR"/>
        </w:rPr>
      </w:pPr>
      <w:r>
        <w:rPr>
          <w:lang w:val="pt-BR"/>
        </w:rPr>
        <w:t xml:space="preserve">docente </w:t>
      </w:r>
      <w:r w:rsidRPr="6FE2CBDC" w:rsidR="0D60CEEF">
        <w:rPr>
          <w:lang w:val="pt-BR"/>
        </w:rPr>
        <w:t xml:space="preserve">na educação não universitária em </w:t>
      </w:r>
      <w:r w:rsidR="00393B64">
        <w:rPr>
          <w:lang w:val="pt-BR"/>
        </w:rPr>
        <w:t>(cidade)</w:t>
      </w:r>
      <w:r w:rsidRPr="6FE2CBDC" w:rsidR="0D60CEEF">
        <w:rPr>
          <w:lang w:val="pt-BR"/>
        </w:rPr>
        <w:t>___________________________________,</w:t>
      </w:r>
    </w:p>
    <w:p w:rsidR="00474C0D" w:rsidP="004B50FE" w:rsidRDefault="00474C0D" w14:paraId="7A4E5D03" w14:textId="77777777">
      <w:pPr>
        <w:spacing w:after="0"/>
        <w:rPr>
          <w:lang w:val="pt-BR"/>
        </w:rPr>
      </w:pPr>
    </w:p>
    <w:p w:rsidR="00474C0D" w:rsidP="004B50FE" w:rsidRDefault="0D60CEEF" w14:paraId="13D0BF55" w14:textId="77777777">
      <w:pPr>
        <w:spacing w:after="0"/>
        <w:rPr>
          <w:lang w:val="pt-BR"/>
        </w:rPr>
      </w:pPr>
      <w:r w:rsidRPr="6FE2CBDC">
        <w:rPr>
          <w:lang w:val="pt-BR"/>
        </w:rPr>
        <w:t>DECLARO</w:t>
      </w:r>
    </w:p>
    <w:p w:rsidR="00474C0D" w:rsidP="004B50FE" w:rsidRDefault="00BA23F1" w14:paraId="5327D6B8" w14:textId="39355D15">
      <w:pPr>
        <w:spacing w:after="0"/>
        <w:rPr>
          <w:lang w:val="pt-BR"/>
        </w:rPr>
      </w:pPr>
      <w:r w:rsidRPr="6FE2CBDC">
        <w:rPr>
          <w:lang w:val="es-ES"/>
        </w:rPr>
        <w:t xml:space="preserve">- </w:t>
      </w:r>
      <w:r w:rsidRPr="6FE2CBDC" w:rsidR="0D60CEEF">
        <w:rPr>
          <w:lang w:val="pt-BR"/>
        </w:rPr>
        <w:t xml:space="preserve">Que tomei conhecimento </w:t>
      </w:r>
      <w:r w:rsidR="00353C1E">
        <w:rPr>
          <w:lang w:val="pt-BR"/>
        </w:rPr>
        <w:t>do lançamento do edital</w:t>
      </w:r>
      <w:r w:rsidRPr="6FE2CBDC" w:rsidR="0D60CEEF">
        <w:rPr>
          <w:lang w:val="pt-BR"/>
        </w:rPr>
        <w:t xml:space="preserve"> do Programa EUROPROF para </w:t>
      </w:r>
      <w:r w:rsidR="00393B64">
        <w:rPr>
          <w:lang w:val="pt-BR"/>
        </w:rPr>
        <w:t xml:space="preserve">a </w:t>
      </w:r>
      <w:r w:rsidRPr="6FE2CBDC" w:rsidR="0D60CEEF">
        <w:rPr>
          <w:lang w:val="pt-BR"/>
        </w:rPr>
        <w:t xml:space="preserve">formação de </w:t>
      </w:r>
      <w:r w:rsidR="00393B64">
        <w:rPr>
          <w:lang w:val="pt-BR"/>
        </w:rPr>
        <w:t xml:space="preserve">docentes </w:t>
      </w:r>
      <w:r w:rsidRPr="6FE2CBDC" w:rsidR="0D60CEEF">
        <w:rPr>
          <w:lang w:val="pt-BR"/>
        </w:rPr>
        <w:t>no Brasil, organizada pel</w:t>
      </w:r>
      <w:r w:rsidR="00A578D1">
        <w:rPr>
          <w:lang w:val="pt-BR"/>
        </w:rPr>
        <w:t>o</w:t>
      </w:r>
      <w:r w:rsidRPr="6FE2CBDC" w:rsidR="0D60CEEF">
        <w:rPr>
          <w:lang w:val="pt-BR"/>
        </w:rPr>
        <w:t xml:space="preserve"> </w:t>
      </w:r>
      <w:r w:rsidR="00A578D1">
        <w:rPr>
          <w:lang w:val="pt-BR"/>
        </w:rPr>
        <w:t xml:space="preserve">Escritório de Educação </w:t>
      </w:r>
      <w:r w:rsidRPr="6FE2CBDC" w:rsidR="0D60CEEF">
        <w:rPr>
          <w:lang w:val="pt-BR"/>
        </w:rPr>
        <w:t>da Embaixada da Espanha no Brasil e ministrada pelo Instituto Cervantes.</w:t>
      </w:r>
    </w:p>
    <w:p w:rsidR="00474C0D" w:rsidP="004B50FE" w:rsidRDefault="00BA23F1" w14:paraId="4DDB2707" w14:textId="4F40B5F6">
      <w:pPr>
        <w:spacing w:after="0"/>
        <w:rPr>
          <w:lang w:val="pt-BR"/>
        </w:rPr>
      </w:pPr>
      <w:r w:rsidRPr="6FE2CBDC">
        <w:rPr>
          <w:lang w:val="es-ES"/>
        </w:rPr>
        <w:t xml:space="preserve">- </w:t>
      </w:r>
      <w:r w:rsidRPr="6FE2CBDC" w:rsidR="0D60CEEF">
        <w:rPr>
          <w:lang w:val="pt-BR"/>
        </w:rPr>
        <w:t xml:space="preserve">Que tenho interesse em </w:t>
      </w:r>
      <w:r w:rsidR="005D79C6">
        <w:rPr>
          <w:lang w:val="pt-BR"/>
        </w:rPr>
        <w:t>apresentar candidatura</w:t>
      </w:r>
      <w:r w:rsidR="00C9476F">
        <w:rPr>
          <w:lang w:val="pt-BR"/>
        </w:rPr>
        <w:t xml:space="preserve"> </w:t>
      </w:r>
      <w:r w:rsidR="0010783A">
        <w:rPr>
          <w:lang w:val="pt-BR"/>
        </w:rPr>
        <w:t>a</w:t>
      </w:r>
      <w:r w:rsidR="007F48F2">
        <w:rPr>
          <w:lang w:val="pt-BR"/>
        </w:rPr>
        <w:t>o</w:t>
      </w:r>
      <w:r w:rsidR="005D45CE">
        <w:rPr>
          <w:lang w:val="pt-BR"/>
        </w:rPr>
        <w:t xml:space="preserve"> edital</w:t>
      </w:r>
      <w:r w:rsidRPr="6FE2CBDC" w:rsidR="0D60CEEF">
        <w:rPr>
          <w:lang w:val="pt-BR"/>
        </w:rPr>
        <w:t xml:space="preserve"> e, para tanto,</w:t>
      </w:r>
    </w:p>
    <w:p w:rsidR="00474C0D" w:rsidP="004B50FE" w:rsidRDefault="00474C0D" w14:paraId="5B4C7A58" w14:textId="77777777">
      <w:pPr>
        <w:spacing w:after="0"/>
        <w:rPr>
          <w:lang w:val="pt-BR"/>
        </w:rPr>
      </w:pPr>
    </w:p>
    <w:p w:rsidR="00474C0D" w:rsidP="004B50FE" w:rsidRDefault="0D60CEEF" w14:paraId="544BEAE4" w14:textId="77777777">
      <w:pPr>
        <w:spacing w:after="0"/>
        <w:rPr>
          <w:lang w:val="pt-BR"/>
        </w:rPr>
      </w:pPr>
      <w:r w:rsidRPr="6FE2CBDC">
        <w:rPr>
          <w:lang w:val="pt-BR"/>
        </w:rPr>
        <w:t>SOLICITO</w:t>
      </w:r>
    </w:p>
    <w:p w:rsidR="00474C0D" w:rsidP="004B50FE" w:rsidRDefault="00BA23F1" w14:paraId="36104687" w14:textId="00917537">
      <w:pPr>
        <w:spacing w:after="0"/>
        <w:rPr>
          <w:lang w:val="pt-BR"/>
        </w:rPr>
      </w:pPr>
      <w:r w:rsidRPr="6FE2CBDC">
        <w:rPr>
          <w:lang w:val="es-ES"/>
        </w:rPr>
        <w:t xml:space="preserve">- </w:t>
      </w:r>
      <w:r w:rsidR="00C9476F">
        <w:rPr>
          <w:lang w:val="pt-BR"/>
        </w:rPr>
        <w:t xml:space="preserve">Realizar a </w:t>
      </w:r>
      <w:r w:rsidRPr="6FE2CBDC" w:rsidR="0D60CEEF">
        <w:rPr>
          <w:lang w:val="pt-BR"/>
        </w:rPr>
        <w:t xml:space="preserve">inscrição no processo seletivo para participação em uma das ações </w:t>
      </w:r>
      <w:r w:rsidR="00C9476F">
        <w:rPr>
          <w:lang w:val="pt-BR"/>
        </w:rPr>
        <w:t xml:space="preserve">de capacitação </w:t>
      </w:r>
      <w:r w:rsidRPr="6FE2CBDC" w:rsidR="0D60CEEF">
        <w:rPr>
          <w:lang w:val="pt-BR"/>
        </w:rPr>
        <w:t>oferecidas no âmbito do Programa EUROPROF.</w:t>
      </w:r>
    </w:p>
    <w:p w:rsidR="00474C0D" w:rsidP="004B50FE" w:rsidRDefault="00474C0D" w14:paraId="483B03E5" w14:textId="77777777">
      <w:pPr>
        <w:spacing w:after="0"/>
        <w:rPr>
          <w:lang w:val="pt-BR"/>
        </w:rPr>
      </w:pPr>
    </w:p>
    <w:p w:rsidR="00474C0D" w:rsidP="004B50FE" w:rsidRDefault="0D60CEEF" w14:paraId="1FB315E3" w14:textId="30D3CBB7">
      <w:pPr>
        <w:spacing w:after="0"/>
        <w:rPr>
          <w:lang w:val="pt-BR"/>
        </w:rPr>
      </w:pPr>
      <w:r w:rsidRPr="6FE2CBDC">
        <w:rPr>
          <w:lang w:val="pt-BR"/>
        </w:rPr>
        <w:t>Declaro ainda:</w:t>
      </w:r>
    </w:p>
    <w:p w:rsidR="00FB2369" w:rsidP="004B50FE" w:rsidRDefault="0D60CEEF" w14:paraId="4018E313" w14:textId="77777777">
      <w:pPr>
        <w:spacing w:after="0"/>
        <w:rPr>
          <w:lang w:val="pt-BR"/>
        </w:rPr>
      </w:pPr>
      <w:r w:rsidRPr="6FE2CBDC">
        <w:rPr>
          <w:lang w:val="pt-BR"/>
        </w:rPr>
        <w:t xml:space="preserve">- Que as informações fornecidas </w:t>
      </w:r>
      <w:r w:rsidR="000875AC">
        <w:rPr>
          <w:lang w:val="pt-BR"/>
        </w:rPr>
        <w:t xml:space="preserve">neste formulário </w:t>
      </w:r>
      <w:r w:rsidRPr="6FE2CBDC">
        <w:rPr>
          <w:lang w:val="pt-BR"/>
        </w:rPr>
        <w:t>são verdadeiras</w:t>
      </w:r>
      <w:r w:rsidR="00FB2369">
        <w:rPr>
          <w:lang w:val="pt-BR"/>
        </w:rPr>
        <w:t>,</w:t>
      </w:r>
    </w:p>
    <w:p w:rsidR="00474C0D" w:rsidP="004B50FE" w:rsidRDefault="0D60CEEF" w14:paraId="452962DD" w14:textId="518D30AC">
      <w:pPr>
        <w:spacing w:after="0"/>
        <w:rPr>
          <w:lang w:val="pt-BR"/>
        </w:rPr>
      </w:pPr>
      <w:r w:rsidRPr="6FE2CBDC">
        <w:rPr>
          <w:lang w:val="pt-BR"/>
        </w:rPr>
        <w:t xml:space="preserve">- Que </w:t>
      </w:r>
      <w:r w:rsidR="00CA27C3">
        <w:rPr>
          <w:lang w:val="pt-BR"/>
        </w:rPr>
        <w:t xml:space="preserve">cumpro </w:t>
      </w:r>
      <w:r w:rsidRPr="6FE2CBDC">
        <w:rPr>
          <w:lang w:val="pt-BR"/>
        </w:rPr>
        <w:t xml:space="preserve">os requisitos estabelecidos </w:t>
      </w:r>
      <w:r w:rsidR="00CA27C3">
        <w:rPr>
          <w:lang w:val="pt-BR"/>
        </w:rPr>
        <w:t>no edital</w:t>
      </w:r>
      <w:r w:rsidR="00FB2369">
        <w:rPr>
          <w:lang w:val="pt-BR"/>
        </w:rPr>
        <w:t>,</w:t>
      </w:r>
    </w:p>
    <w:p w:rsidR="00474C0D" w:rsidP="004B50FE" w:rsidRDefault="0D60CEEF" w14:paraId="7E8EC2BF" w14:textId="4A5C989B">
      <w:pPr>
        <w:spacing w:after="0"/>
        <w:rPr>
          <w:lang w:val="pt-BR"/>
        </w:rPr>
      </w:pPr>
      <w:r w:rsidRPr="6FE2CBDC">
        <w:rPr>
          <w:lang w:val="pt-BR"/>
        </w:rPr>
        <w:t>- Que me comprometo a participar ativamente da formação, caso seja selecionado(a)</w:t>
      </w:r>
      <w:r w:rsidR="00FB2369">
        <w:rPr>
          <w:lang w:val="pt-BR"/>
        </w:rPr>
        <w:t>,</w:t>
      </w:r>
    </w:p>
    <w:p w:rsidR="00474C0D" w:rsidP="004B50FE" w:rsidRDefault="0D60CEEF" w14:paraId="6CB94823" w14:textId="77777777">
      <w:pPr>
        <w:spacing w:after="0"/>
        <w:rPr>
          <w:lang w:val="pt-BR"/>
        </w:rPr>
      </w:pPr>
      <w:r w:rsidRPr="6FE2CBDC">
        <w:rPr>
          <w:lang w:val="pt-BR"/>
        </w:rPr>
        <w:t>- Que anexo a documentação exigida:</w:t>
      </w:r>
    </w:p>
    <w:p w:rsidR="00474C0D" w:rsidP="004B50FE" w:rsidRDefault="0D60CEEF" w14:paraId="1141A0B8" w14:textId="77777777">
      <w:pPr>
        <w:spacing w:after="0"/>
        <w:rPr>
          <w:lang w:val="pt-BR"/>
        </w:rPr>
      </w:pPr>
      <w:r w:rsidRPr="6FE2CBDC">
        <w:rPr>
          <w:lang w:val="pt-BR"/>
        </w:rPr>
        <w:t xml:space="preserve">  • Cópia do </w:t>
      </w:r>
      <w:r w:rsidRPr="6FE2CBDC" w:rsidR="5D04F10F">
        <w:rPr>
          <w:lang w:val="pt-BR"/>
        </w:rPr>
        <w:t>RG</w:t>
      </w:r>
    </w:p>
    <w:p w:rsidR="00474C0D" w:rsidP="004B50FE" w:rsidRDefault="0D60CEEF" w14:paraId="6C2EE0DE" w14:textId="64A87DBA">
      <w:pPr>
        <w:spacing w:after="0"/>
        <w:rPr>
          <w:lang w:val="pt-BR"/>
        </w:rPr>
      </w:pPr>
      <w:r w:rsidRPr="6FE2CBDC">
        <w:rPr>
          <w:lang w:val="pt-BR"/>
        </w:rPr>
        <w:t xml:space="preserve">  • Formulário de </w:t>
      </w:r>
      <w:r w:rsidR="00CA27C3">
        <w:rPr>
          <w:lang w:val="pt-BR"/>
        </w:rPr>
        <w:t>candidatura</w:t>
      </w:r>
    </w:p>
    <w:p w:rsidR="00474C0D" w:rsidP="004B50FE" w:rsidRDefault="0D60CEEF" w14:paraId="15A95E39" w14:textId="34799B72">
      <w:pPr>
        <w:spacing w:after="0"/>
        <w:rPr>
          <w:lang w:val="pt-BR"/>
        </w:rPr>
      </w:pPr>
      <w:r w:rsidRPr="6FE2CBDC">
        <w:rPr>
          <w:lang w:val="pt-BR"/>
        </w:rPr>
        <w:t xml:space="preserve">  • Formulário de compromisso da Administração</w:t>
      </w:r>
      <w:r w:rsidR="006E76C8">
        <w:rPr>
          <w:lang w:val="pt-BR"/>
        </w:rPr>
        <w:t xml:space="preserve"> educacional</w:t>
      </w:r>
    </w:p>
    <w:p w:rsidR="00474C0D" w:rsidP="004B50FE" w:rsidRDefault="0D60CEEF" w14:paraId="36C6A54E" w14:textId="77777777">
      <w:pPr>
        <w:spacing w:after="0"/>
        <w:rPr>
          <w:lang w:val="pt-BR"/>
        </w:rPr>
      </w:pPr>
      <w:r w:rsidRPr="6FE2CBDC">
        <w:rPr>
          <w:lang w:val="pt-BR"/>
        </w:rPr>
        <w:t xml:space="preserve">  • Formulário de compromisso do(a) docente</w:t>
      </w:r>
    </w:p>
    <w:p w:rsidR="00474C0D" w:rsidP="004B50FE" w:rsidRDefault="00474C0D" w14:paraId="3D64D5E4" w14:textId="77777777">
      <w:pPr>
        <w:spacing w:after="0"/>
        <w:rPr>
          <w:lang w:val="pt-BR"/>
        </w:rPr>
      </w:pPr>
    </w:p>
    <w:p w:rsidR="00071DE9" w:rsidP="004B50FE" w:rsidRDefault="009B5653" w14:paraId="2B0E12E8" w14:textId="4B552E18">
      <w:pPr>
        <w:spacing w:after="0"/>
        <w:rPr>
          <w:lang w:val="pt-BR"/>
        </w:rPr>
      </w:pPr>
      <w:r>
        <w:rPr>
          <w:lang w:val="pt-BR"/>
        </w:rPr>
        <w:t>Manifesto</w:t>
      </w:r>
      <w:r w:rsidRPr="6FE2CBDC" w:rsidR="0D60CEEF">
        <w:rPr>
          <w:lang w:val="pt-BR"/>
        </w:rPr>
        <w:t xml:space="preserve"> também estar de acordo com o tratamento dos dados pessoais fornecidos, exclusivamente para fins de gestão </w:t>
      </w:r>
      <w:r w:rsidR="007F48F2">
        <w:rPr>
          <w:lang w:val="pt-BR"/>
        </w:rPr>
        <w:t>deste edital</w:t>
      </w:r>
      <w:r w:rsidRPr="6FE2CBDC" w:rsidR="0D60CEEF">
        <w:rPr>
          <w:lang w:val="pt-BR"/>
        </w:rPr>
        <w:t xml:space="preserve"> e em conformidade com a legislação aplicável.</w:t>
      </w:r>
    </w:p>
    <w:p w:rsidR="009B5653" w:rsidP="004B50FE" w:rsidRDefault="009B5653" w14:paraId="360DDB05" w14:textId="77777777">
      <w:pPr>
        <w:spacing w:after="0"/>
        <w:rPr>
          <w:lang w:val="pt-BR"/>
        </w:rPr>
      </w:pPr>
    </w:p>
    <w:p w:rsidR="00474C0D" w:rsidP="004B50FE" w:rsidRDefault="00071DE9" w14:paraId="76B6B9F4" w14:textId="600D7563">
      <w:pPr>
        <w:spacing w:after="0"/>
        <w:rPr>
          <w:lang w:val="pt-BR"/>
        </w:rPr>
      </w:pPr>
      <w:r w:rsidRPr="00071DE9">
        <w:rPr>
          <w:lang w:val="pt-BR"/>
        </w:rPr>
        <w:t>Declar</w:t>
      </w:r>
      <w:r w:rsidR="00F12427">
        <w:rPr>
          <w:lang w:val="pt-BR"/>
        </w:rPr>
        <w:t>o</w:t>
      </w:r>
      <w:r w:rsidRPr="00071DE9">
        <w:rPr>
          <w:lang w:val="pt-BR"/>
        </w:rPr>
        <w:t xml:space="preserve"> ainda estar ciente de que, em caso de empate na pontuação obtida no processo seletivo, será considerado como critério de desempate a ordem de envio das </w:t>
      </w:r>
      <w:r w:rsidR="00A14EC8">
        <w:rPr>
          <w:lang w:val="pt-BR"/>
        </w:rPr>
        <w:t xml:space="preserve">candidaturas </w:t>
      </w:r>
      <w:r w:rsidRPr="00071DE9">
        <w:rPr>
          <w:lang w:val="pt-BR"/>
        </w:rPr>
        <w:t>por meio do formulário</w:t>
      </w:r>
      <w:r w:rsidR="00A14EC8">
        <w:rPr>
          <w:lang w:val="pt-BR"/>
        </w:rPr>
        <w:t xml:space="preserve"> online</w:t>
      </w:r>
      <w:r w:rsidRPr="00071DE9">
        <w:rPr>
          <w:lang w:val="pt-BR"/>
        </w:rPr>
        <w:t xml:space="preserve"> disponível </w:t>
      </w:r>
      <w:r w:rsidR="007043E9">
        <w:rPr>
          <w:lang w:val="pt-BR"/>
        </w:rPr>
        <w:t>no site</w:t>
      </w:r>
      <w:r w:rsidRPr="00071DE9">
        <w:rPr>
          <w:lang w:val="pt-BR"/>
        </w:rPr>
        <w:t xml:space="preserve"> </w:t>
      </w:r>
      <w:r w:rsidR="00E5704A">
        <w:rPr>
          <w:lang w:val="pt-BR"/>
        </w:rPr>
        <w:t>do Escritório de Educação</w:t>
      </w:r>
      <w:r w:rsidRPr="00071DE9">
        <w:rPr>
          <w:lang w:val="pt-BR"/>
        </w:rPr>
        <w:t xml:space="preserve"> da Embaixada da Espanha no Brasil.</w:t>
      </w:r>
    </w:p>
    <w:p w:rsidR="00474C0D" w:rsidP="004B50FE" w:rsidRDefault="00474C0D" w14:paraId="08C9346D" w14:textId="77777777">
      <w:pPr>
        <w:spacing w:after="0"/>
        <w:rPr>
          <w:lang w:val="pt-BR"/>
        </w:rPr>
      </w:pPr>
    </w:p>
    <w:p w:rsidR="00474C0D" w:rsidP="004B50FE" w:rsidRDefault="00071DE9" w14:paraId="01D7943C" w14:textId="513C5824">
      <w:pPr>
        <w:spacing w:after="0"/>
        <w:rPr>
          <w:lang w:val="pt-BR"/>
        </w:rPr>
      </w:pPr>
      <w:r w:rsidRPr="00071DE9">
        <w:rPr>
          <w:lang w:val="pt-BR"/>
        </w:rPr>
        <w:t>Em ________________________________________,</w:t>
      </w:r>
      <w:r w:rsidR="009B5653">
        <w:rPr>
          <w:lang w:val="pt-BR"/>
        </w:rPr>
        <w:t xml:space="preserve"> </w:t>
      </w:r>
      <w:r w:rsidRPr="00071DE9">
        <w:rPr>
          <w:lang w:val="pt-BR"/>
        </w:rPr>
        <w:t>____ de __________________ de 2026.</w:t>
      </w:r>
    </w:p>
    <w:p w:rsidR="00474C0D" w:rsidP="004B50FE" w:rsidRDefault="00071DE9" w14:paraId="499F00A1" w14:textId="77777777">
      <w:pPr>
        <w:spacing w:after="0"/>
        <w:rPr>
          <w:lang w:val="pt-BR"/>
        </w:rPr>
      </w:pPr>
      <w:r w:rsidRPr="00071DE9">
        <w:rPr>
          <w:lang w:val="pt-BR"/>
        </w:rPr>
        <w:t>Assinatura:</w:t>
      </w:r>
    </w:p>
    <w:p w:rsidR="00474C0D" w:rsidP="004B50FE" w:rsidRDefault="00474C0D" w14:paraId="3A498915" w14:textId="77777777">
      <w:pPr>
        <w:spacing w:after="0"/>
        <w:rPr>
          <w:lang w:val="pt-BR"/>
        </w:rPr>
      </w:pPr>
    </w:p>
    <w:p w:rsidR="00474C0D" w:rsidP="004B50FE" w:rsidRDefault="00071DE9" w14:paraId="1C754EBA" w14:textId="3F952474">
      <w:pPr>
        <w:spacing w:after="0"/>
        <w:rPr>
          <w:lang w:val="pt-BR"/>
        </w:rPr>
      </w:pPr>
      <w:r w:rsidRPr="00071DE9">
        <w:rPr>
          <w:lang w:val="pt-BR"/>
        </w:rPr>
        <w:t>_____________________________________</w:t>
      </w:r>
    </w:p>
    <w:p w:rsidR="00AD7568" w:rsidP="004B50FE" w:rsidRDefault="00AD7568" w14:paraId="321C6B33" w14:textId="77777777">
      <w:pPr>
        <w:spacing w:after="0"/>
        <w:rPr>
          <w:lang w:val="pt-BR"/>
        </w:rPr>
      </w:pPr>
    </w:p>
    <w:p w:rsidRPr="00AD7568" w:rsidR="00AD7568" w:rsidP="004B50FE" w:rsidRDefault="00AD7568" w14:paraId="6D3DA79E" w14:textId="643B83E2">
      <w:pPr>
        <w:spacing w:after="0"/>
        <w:rPr>
          <w:lang w:val="es-ES"/>
        </w:rPr>
      </w:pPr>
      <w:r>
        <w:rPr>
          <w:lang w:val="es-ES"/>
        </w:rPr>
        <w:t xml:space="preserve">FORMULARIO EN LÍNEA: </w:t>
      </w:r>
      <w:hyperlink w:history="1" r:id="rId10">
        <w:r w:rsidRPr="00AD7568">
          <w:rPr>
            <w:rStyle w:val="Hipervnculo"/>
            <w:lang w:val="es-ES"/>
          </w:rPr>
          <w:t>https://forma.administracionelectronica.gob.es/form/open/corp/34525557-8142-4112-9333-ec00693671f7/vnaW</w:t>
        </w:r>
      </w:hyperlink>
    </w:p>
    <w:sectPr w:rsidRPr="00AD7568" w:rsidR="00AD7568" w:rsidSect="00741429">
      <w:pgSz w:w="12240" w:h="15840" w:orient="portrait"/>
      <w:pgMar w:top="1134" w:right="964" w:bottom="709"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hint="default" w:ascii="Symbol" w:hAnsi="Symbol"/>
      </w:rPr>
    </w:lvl>
  </w:abstractNum>
  <w:num w:numId="1" w16cid:durableId="574248351">
    <w:abstractNumId w:val="8"/>
  </w:num>
  <w:num w:numId="2" w16cid:durableId="871958016">
    <w:abstractNumId w:val="6"/>
  </w:num>
  <w:num w:numId="3" w16cid:durableId="306977909">
    <w:abstractNumId w:val="5"/>
  </w:num>
  <w:num w:numId="4" w16cid:durableId="1245648706">
    <w:abstractNumId w:val="4"/>
  </w:num>
  <w:num w:numId="5" w16cid:durableId="710105591">
    <w:abstractNumId w:val="7"/>
  </w:num>
  <w:num w:numId="6" w16cid:durableId="2015525728">
    <w:abstractNumId w:val="3"/>
  </w:num>
  <w:num w:numId="7" w16cid:durableId="1791169316">
    <w:abstractNumId w:val="2"/>
  </w:num>
  <w:num w:numId="8" w16cid:durableId="1971932517">
    <w:abstractNumId w:val="1"/>
  </w:num>
  <w:num w:numId="9" w16cid:durableId="149903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EA9"/>
    <w:rsid w:val="00034616"/>
    <w:rsid w:val="0006063C"/>
    <w:rsid w:val="00071DE9"/>
    <w:rsid w:val="00082029"/>
    <w:rsid w:val="000875AC"/>
    <w:rsid w:val="00090049"/>
    <w:rsid w:val="0010783A"/>
    <w:rsid w:val="0015074B"/>
    <w:rsid w:val="002172F8"/>
    <w:rsid w:val="0029639D"/>
    <w:rsid w:val="002C342C"/>
    <w:rsid w:val="00326F90"/>
    <w:rsid w:val="00353C1E"/>
    <w:rsid w:val="00393B64"/>
    <w:rsid w:val="00417775"/>
    <w:rsid w:val="00474C0D"/>
    <w:rsid w:val="004947E2"/>
    <w:rsid w:val="004B50FE"/>
    <w:rsid w:val="004F429A"/>
    <w:rsid w:val="004F42F8"/>
    <w:rsid w:val="004F4402"/>
    <w:rsid w:val="00596A9A"/>
    <w:rsid w:val="005D45CE"/>
    <w:rsid w:val="005D79C6"/>
    <w:rsid w:val="0068249C"/>
    <w:rsid w:val="00685E25"/>
    <w:rsid w:val="006E76C8"/>
    <w:rsid w:val="007043E9"/>
    <w:rsid w:val="00741429"/>
    <w:rsid w:val="007B6DB4"/>
    <w:rsid w:val="007F48F2"/>
    <w:rsid w:val="00833DFB"/>
    <w:rsid w:val="00866D0E"/>
    <w:rsid w:val="0089738F"/>
    <w:rsid w:val="00930249"/>
    <w:rsid w:val="009B5653"/>
    <w:rsid w:val="00A14EC8"/>
    <w:rsid w:val="00A578D1"/>
    <w:rsid w:val="00A670B6"/>
    <w:rsid w:val="00AA1D8D"/>
    <w:rsid w:val="00AD7568"/>
    <w:rsid w:val="00B20C92"/>
    <w:rsid w:val="00B30C6F"/>
    <w:rsid w:val="00B47730"/>
    <w:rsid w:val="00B90426"/>
    <w:rsid w:val="00BA23F1"/>
    <w:rsid w:val="00BA3612"/>
    <w:rsid w:val="00C9476F"/>
    <w:rsid w:val="00CA27C3"/>
    <w:rsid w:val="00CB0664"/>
    <w:rsid w:val="00D12639"/>
    <w:rsid w:val="00D177CD"/>
    <w:rsid w:val="00D437AF"/>
    <w:rsid w:val="00D70C24"/>
    <w:rsid w:val="00DB1FBE"/>
    <w:rsid w:val="00E50908"/>
    <w:rsid w:val="00E5704A"/>
    <w:rsid w:val="00EC6DFE"/>
    <w:rsid w:val="00F12427"/>
    <w:rsid w:val="00F21DA7"/>
    <w:rsid w:val="00FB2369"/>
    <w:rsid w:val="00FC693F"/>
    <w:rsid w:val="00FD0398"/>
    <w:rsid w:val="00FF0B8A"/>
    <w:rsid w:val="0D60CEEF"/>
    <w:rsid w:val="159D54AD"/>
    <w:rsid w:val="33063395"/>
    <w:rsid w:val="4BB69C12"/>
    <w:rsid w:val="5D04F10F"/>
    <w:rsid w:val="6FE2CBDC"/>
    <w:rsid w:val="77ADA8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23ABD3"/>
  <w14:defaultImageDpi w14:val="300"/>
  <w15:docId w15:val="{E597684C-8421-434F-A476-AB42AE41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styleId="Ttulo1Car" w:customStyle="1">
    <w:name w:val="Título 1 Car"/>
    <w:basedOn w:val="Fuentedeprrafopredeter"/>
    <w:link w:val="Ttulo1"/>
    <w:uiPriority w:val="9"/>
    <w:rsid w:val="00FC693F"/>
    <w:rPr>
      <w:rFonts w:asciiTheme="majorHAnsi" w:hAnsiTheme="majorHAnsi" w:eastAsiaTheme="majorEastAsia" w:cstheme="majorBidi"/>
      <w:b/>
      <w:bCs/>
      <w:color w:val="365F91" w:themeColor="accent1" w:themeShade="BF"/>
      <w:sz w:val="28"/>
      <w:szCs w:val="28"/>
    </w:rPr>
  </w:style>
  <w:style w:type="character" w:styleId="Ttulo2Car" w:customStyle="1">
    <w:name w:val="Título 2 Car"/>
    <w:basedOn w:val="Fuentedeprrafopredeter"/>
    <w:link w:val="Ttulo2"/>
    <w:uiPriority w:val="9"/>
    <w:rsid w:val="00FC693F"/>
    <w:rPr>
      <w:rFonts w:asciiTheme="majorHAnsi" w:hAnsiTheme="majorHAnsi" w:eastAsiaTheme="majorEastAsia" w:cstheme="majorBidi"/>
      <w:b/>
      <w:bCs/>
      <w:color w:val="4F81BD" w:themeColor="accent1"/>
      <w:sz w:val="26"/>
      <w:szCs w:val="26"/>
    </w:rPr>
  </w:style>
  <w:style w:type="character" w:styleId="Ttulo3Car" w:customStyle="1">
    <w:name w:val="Título 3 Car"/>
    <w:basedOn w:val="Fuentedeprrafopredeter"/>
    <w:link w:val="Ttulo3"/>
    <w:uiPriority w:val="9"/>
    <w:rsid w:val="00FC693F"/>
    <w:rPr>
      <w:rFonts w:asciiTheme="majorHAnsi" w:hAnsiTheme="majorHAnsi" w:eastAsiaTheme="majorEastAsia" w:cstheme="majorBidi"/>
      <w:b/>
      <w:bCs/>
      <w:color w:val="4F81BD" w:themeColor="accent1"/>
    </w:rPr>
  </w:style>
  <w:style w:type="paragraph" w:styleId="Ttulo">
    <w:name w:val="Title"/>
    <w:basedOn w:val="Normal"/>
    <w:next w:val="Normal"/>
    <w:link w:val="TtuloC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tuloCar" w:customStyle="1">
    <w:name w:val="Título Car"/>
    <w:basedOn w:val="Fuentedeprrafopredeter"/>
    <w:link w:val="Ttulo"/>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tuloCar" w:customStyle="1">
    <w:name w:val="Subtítulo Car"/>
    <w:basedOn w:val="Fuentedeprrafopredeter"/>
    <w:link w:val="Subttulo"/>
    <w:uiPriority w:val="11"/>
    <w:rsid w:val="00FC693F"/>
    <w:rPr>
      <w:rFonts w:asciiTheme="majorHAnsi" w:hAnsiTheme="majorHAnsi" w:eastAsiaTheme="majorEastAsia"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styleId="TextoindependienteCar" w:customStyle="1">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styleId="Textoindependiente2Car" w:customStyle="1">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styleId="Textoindependiente3Car" w:customStyle="1">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TextomacroCar" w:customStyle="1">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styleId="CitaCar" w:customStyle="1">
    <w:name w:val="Cita Car"/>
    <w:basedOn w:val="Fuentedeprrafopredeter"/>
    <w:link w:val="Cita"/>
    <w:uiPriority w:val="29"/>
    <w:rsid w:val="00FC693F"/>
    <w:rPr>
      <w:i/>
      <w:iCs/>
      <w:color w:val="000000" w:themeColor="text1"/>
    </w:rPr>
  </w:style>
  <w:style w:type="character" w:styleId="Ttulo4Car" w:customStyle="1">
    <w:name w:val="Título 4 Car"/>
    <w:basedOn w:val="Fuentedeprrafopredeter"/>
    <w:link w:val="Ttulo4"/>
    <w:uiPriority w:val="9"/>
    <w:semiHidden/>
    <w:rsid w:val="00FC693F"/>
    <w:rPr>
      <w:rFonts w:asciiTheme="majorHAnsi" w:hAnsiTheme="majorHAnsi" w:eastAsiaTheme="majorEastAsia" w:cstheme="majorBidi"/>
      <w:b/>
      <w:bCs/>
      <w:i/>
      <w:iCs/>
      <w:color w:val="4F81BD" w:themeColor="accent1"/>
    </w:rPr>
  </w:style>
  <w:style w:type="character" w:styleId="Ttulo5Car" w:customStyle="1">
    <w:name w:val="Título 5 Car"/>
    <w:basedOn w:val="Fuentedeprrafopredeter"/>
    <w:link w:val="Ttulo5"/>
    <w:uiPriority w:val="9"/>
    <w:semiHidden/>
    <w:rsid w:val="00FC693F"/>
    <w:rPr>
      <w:rFonts w:asciiTheme="majorHAnsi" w:hAnsiTheme="majorHAnsi" w:eastAsiaTheme="majorEastAsia" w:cstheme="majorBidi"/>
      <w:color w:val="243F60" w:themeColor="accent1" w:themeShade="7F"/>
    </w:rPr>
  </w:style>
  <w:style w:type="character" w:styleId="Ttulo6Car" w:customStyle="1">
    <w:name w:val="Título 6 Car"/>
    <w:basedOn w:val="Fuentedeprrafopredeter"/>
    <w:link w:val="Ttulo6"/>
    <w:uiPriority w:val="9"/>
    <w:semiHidden/>
    <w:rsid w:val="00FC693F"/>
    <w:rPr>
      <w:rFonts w:asciiTheme="majorHAnsi" w:hAnsiTheme="majorHAnsi" w:eastAsiaTheme="majorEastAsia" w:cstheme="majorBidi"/>
      <w:i/>
      <w:iCs/>
      <w:color w:val="243F60" w:themeColor="accent1" w:themeShade="7F"/>
    </w:rPr>
  </w:style>
  <w:style w:type="character" w:styleId="Ttulo7Car" w:customStyle="1">
    <w:name w:val="Título 7 Car"/>
    <w:basedOn w:val="Fuentedeprrafopredeter"/>
    <w:link w:val="Ttulo7"/>
    <w:uiPriority w:val="9"/>
    <w:semiHidden/>
    <w:rsid w:val="00FC693F"/>
    <w:rPr>
      <w:rFonts w:asciiTheme="majorHAnsi" w:hAnsiTheme="majorHAnsi" w:eastAsiaTheme="majorEastAsia" w:cstheme="majorBidi"/>
      <w:i/>
      <w:iCs/>
      <w:color w:val="404040" w:themeColor="text1" w:themeTint="BF"/>
    </w:rPr>
  </w:style>
  <w:style w:type="character" w:styleId="Ttulo8Car" w:customStyle="1">
    <w:name w:val="Título 8 Car"/>
    <w:basedOn w:val="Fuentedeprrafopredeter"/>
    <w:link w:val="Ttulo8"/>
    <w:uiPriority w:val="9"/>
    <w:semiHidden/>
    <w:rsid w:val="00FC693F"/>
    <w:rPr>
      <w:rFonts w:asciiTheme="majorHAnsi" w:hAnsiTheme="majorHAnsi" w:eastAsiaTheme="majorEastAsia" w:cstheme="majorBidi"/>
      <w:color w:val="4F81BD" w:themeColor="accent1"/>
      <w:sz w:val="20"/>
      <w:szCs w:val="20"/>
    </w:rPr>
  </w:style>
  <w:style w:type="character" w:styleId="Ttulo9Car" w:customStyle="1">
    <w:name w:val="Título 9 Car"/>
    <w:basedOn w:val="Fuentedeprrafopredeter"/>
    <w:link w:val="Ttulo9"/>
    <w:uiPriority w:val="9"/>
    <w:semiHidden/>
    <w:rsid w:val="00FC693F"/>
    <w:rPr>
      <w:rFonts w:asciiTheme="majorHAnsi" w:hAnsiTheme="majorHAnsi" w:eastAsiaTheme="majorEastAsia"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CitadestacadaCar" w:customStyle="1">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AD7568"/>
    <w:rPr>
      <w:color w:val="0000FF" w:themeColor="hyperlink"/>
      <w:u w:val="single"/>
    </w:rPr>
  </w:style>
  <w:style w:type="character" w:styleId="Mencinsinresolver">
    <w:name w:val="Unresolved Mention"/>
    <w:basedOn w:val="Fuentedeprrafopredeter"/>
    <w:uiPriority w:val="99"/>
    <w:semiHidden/>
    <w:unhideWhenUsed/>
    <w:rsid w:val="00AD7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forma.administracionelectronica.gob.es/form/open/corp/34525557-8142-4112-9333-ec00693671f7/vnaW" TargetMode="External" Id="rId10" /><Relationship Type="http://schemas.openxmlformats.org/officeDocument/2006/relationships/customXml" Target="../customXml/item4.xml" Id="rId4" /><Relationship Type="http://schemas.openxmlformats.org/officeDocument/2006/relationships/hyperlink" Target="https://forma.administracionelectronica.gob.es/form/open/corp/34525557-8142-4112-9333-ec00693671f7/vnaW"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2fb978-06ba-4824-af58-d5edcd5eb637">
      <Terms xmlns="http://schemas.microsoft.com/office/infopath/2007/PartnerControls"/>
    </lcf76f155ced4ddcb4097134ff3c332f>
    <TaxCatchAll xmlns="3baf480f-cb9d-4846-92c0-c801282413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3136A2F01F65E4995C9DFC82244FFCC" ma:contentTypeVersion="13" ma:contentTypeDescription="Crear nuevo documento." ma:contentTypeScope="" ma:versionID="0f5fda11fd52af6db848642f59968f54">
  <xsd:schema xmlns:xsd="http://www.w3.org/2001/XMLSchema" xmlns:xs="http://www.w3.org/2001/XMLSchema" xmlns:p="http://schemas.microsoft.com/office/2006/metadata/properties" xmlns:ns2="f62fb978-06ba-4824-af58-d5edcd5eb637" xmlns:ns3="3baf480f-cb9d-4846-92c0-c801282413c7" targetNamespace="http://schemas.microsoft.com/office/2006/metadata/properties" ma:root="true" ma:fieldsID="457ff82e5223e079e2536a8e7d201287" ns2:_="" ns3:_="">
    <xsd:import namespace="f62fb978-06ba-4824-af58-d5edcd5eb637"/>
    <xsd:import namespace="3baf480f-cb9d-4846-92c0-c801282413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fb978-06ba-4824-af58-d5edcd5eb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d3e59a1-aef1-4066-ac83-c9a3bdb6df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f480f-cb9d-4846-92c0-c801282413c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6157638-593e-48da-92ee-806b5c02dee3}" ma:internalName="TaxCatchAll" ma:showField="CatchAllData" ma:web="3baf480f-cb9d-4846-92c0-c80128241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DD9E029-2332-4F71-9F90-E12A7BA08B5A}">
  <ds:schemaRefs>
    <ds:schemaRef ds:uri="http://schemas.microsoft.com/office/2006/metadata/properties"/>
    <ds:schemaRef ds:uri="http://schemas.microsoft.com/office/infopath/2007/PartnerControls"/>
    <ds:schemaRef ds:uri="f62fb978-06ba-4824-af58-d5edcd5eb637"/>
    <ds:schemaRef ds:uri="3baf480f-cb9d-4846-92c0-c801282413c7"/>
  </ds:schemaRefs>
</ds:datastoreItem>
</file>

<file path=customXml/itemProps3.xml><?xml version="1.0" encoding="utf-8"?>
<ds:datastoreItem xmlns:ds="http://schemas.openxmlformats.org/officeDocument/2006/customXml" ds:itemID="{8A9205C6-8ACC-4A1A-A677-6646EC2BFEDA}">
  <ds:schemaRefs>
    <ds:schemaRef ds:uri="http://schemas.microsoft.com/sharepoint/v3/contenttype/forms"/>
  </ds:schemaRefs>
</ds:datastoreItem>
</file>

<file path=customXml/itemProps4.xml><?xml version="1.0" encoding="utf-8"?>
<ds:datastoreItem xmlns:ds="http://schemas.openxmlformats.org/officeDocument/2006/customXml" ds:itemID="{4C527FED-1E1F-4285-8732-C67746ED8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fb978-06ba-4824-af58-d5edcd5eb637"/>
    <ds:schemaRef ds:uri="3baf480f-cb9d-4846-92c0-c80128241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revision>60</cp:revision>
  <cp:lastPrinted>2026-07-01T15:12:00Z</cp:lastPrinted>
  <dcterms:created xsi:type="dcterms:W3CDTF">2026-05-24T22:36:00Z</dcterms:created>
  <dcterms:modified xsi:type="dcterms:W3CDTF">2026-07-07T12:08:34Z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0x010100A3136A2F01F65E4995C9DFC82244FFCC</vt:lpwstr>
  </property>
  <property fmtid="{D5CDD505-2E9C-101B-9397-08002B2CF9AE}" pid="3" name="MediaServiceImageTags">
    <vt:lpwstr/>
  </property>
</Properties>
</file>