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A20EB7" w14:textId="635DD6C4" w:rsidR="00670972" w:rsidRPr="00AB3632" w:rsidRDefault="002D2911" w:rsidP="003A1628">
      <w:pPr>
        <w:pStyle w:val="Ttulo1"/>
        <w:spacing w:before="240" w:line="312" w:lineRule="auto"/>
        <w:jc w:val="center"/>
        <w:rPr>
          <w:rFonts w:cstheme="majorHAnsi"/>
          <w:color w:val="auto"/>
        </w:rPr>
      </w:pPr>
      <w:r w:rsidRPr="00AB3632">
        <w:rPr>
          <w:rFonts w:cstheme="majorHAnsi"/>
          <w:color w:val="auto"/>
        </w:rPr>
        <w:t>Compromisso</w:t>
      </w:r>
      <w:r w:rsidR="001B23FF" w:rsidRPr="00AB3632">
        <w:rPr>
          <w:rFonts w:cstheme="majorHAnsi"/>
          <w:color w:val="auto"/>
        </w:rPr>
        <w:t xml:space="preserve"> do</w:t>
      </w:r>
      <w:r w:rsidR="00F64648" w:rsidRPr="00AB3632">
        <w:rPr>
          <w:rFonts w:cstheme="majorHAnsi"/>
          <w:color w:val="auto"/>
        </w:rPr>
        <w:t>(a)</w:t>
      </w:r>
      <w:r w:rsidR="001B23FF" w:rsidRPr="00AB3632">
        <w:rPr>
          <w:rFonts w:cstheme="majorHAnsi"/>
          <w:color w:val="auto"/>
        </w:rPr>
        <w:t xml:space="preserve"> docente</w:t>
      </w:r>
      <w:r w:rsidRPr="00AB3632">
        <w:rPr>
          <w:rFonts w:cstheme="majorHAnsi"/>
          <w:color w:val="auto"/>
        </w:rPr>
        <w:t xml:space="preserve"> – Europrof Brasil</w:t>
      </w:r>
    </w:p>
    <w:p w14:paraId="7D3E8678" w14:textId="77777777" w:rsidR="005F093A" w:rsidRPr="00AB3632" w:rsidRDefault="005F093A" w:rsidP="00DC074B">
      <w:pPr>
        <w:spacing w:after="0" w:line="312" w:lineRule="auto"/>
        <w:rPr>
          <w:rFonts w:asciiTheme="majorHAnsi" w:hAnsiTheme="majorHAnsi" w:cstheme="majorHAnsi"/>
        </w:rPr>
      </w:pPr>
    </w:p>
    <w:p w14:paraId="6E1B2C37" w14:textId="14FE5CE5" w:rsidR="00670972" w:rsidRPr="00AB3632" w:rsidRDefault="002D2911" w:rsidP="00DC074B">
      <w:pPr>
        <w:spacing w:after="0" w:line="312" w:lineRule="auto"/>
        <w:rPr>
          <w:rFonts w:asciiTheme="majorHAnsi" w:hAnsiTheme="majorHAnsi" w:cstheme="majorHAnsi"/>
        </w:rPr>
      </w:pPr>
      <w:r w:rsidRPr="00AB3632">
        <w:rPr>
          <w:rFonts w:asciiTheme="majorHAnsi" w:hAnsiTheme="majorHAnsi" w:cstheme="majorHAnsi"/>
        </w:rPr>
        <w:t>Eu, Sr./Sra. _________________________________________</w:t>
      </w:r>
      <w:r w:rsidR="00DC074B" w:rsidRPr="00AB3632">
        <w:rPr>
          <w:rFonts w:asciiTheme="majorHAnsi" w:hAnsiTheme="majorHAnsi" w:cstheme="majorHAnsi"/>
        </w:rPr>
        <w:t>_________________</w:t>
      </w:r>
      <w:r w:rsidRPr="00AB3632">
        <w:rPr>
          <w:rFonts w:asciiTheme="majorHAnsi" w:hAnsiTheme="majorHAnsi" w:cstheme="majorHAnsi"/>
        </w:rPr>
        <w:t>___</w:t>
      </w:r>
      <w:r w:rsidR="00DC074B" w:rsidRPr="00AB3632">
        <w:rPr>
          <w:rFonts w:asciiTheme="majorHAnsi" w:hAnsiTheme="majorHAnsi" w:cstheme="majorHAnsi"/>
        </w:rPr>
        <w:t xml:space="preserve"> (nome completo)</w:t>
      </w:r>
      <w:r w:rsidRPr="00AB3632">
        <w:rPr>
          <w:rFonts w:asciiTheme="majorHAnsi" w:hAnsiTheme="majorHAnsi" w:cstheme="majorHAnsi"/>
        </w:rPr>
        <w:t>,</w:t>
      </w:r>
    </w:p>
    <w:p w14:paraId="141AB936" w14:textId="49F56DA7" w:rsidR="00DC0E10" w:rsidRPr="00AB3632" w:rsidRDefault="002D2911" w:rsidP="00DC074B">
      <w:pPr>
        <w:spacing w:after="0" w:line="312" w:lineRule="auto"/>
        <w:rPr>
          <w:rFonts w:asciiTheme="majorHAnsi" w:hAnsiTheme="majorHAnsi" w:cstheme="majorHAnsi"/>
        </w:rPr>
      </w:pPr>
      <w:r w:rsidRPr="00AB3632">
        <w:rPr>
          <w:rFonts w:asciiTheme="majorHAnsi" w:hAnsiTheme="majorHAnsi" w:cstheme="majorHAnsi"/>
        </w:rPr>
        <w:t>portador(a) de CPF</w:t>
      </w:r>
      <w:r w:rsidR="00D31AC9" w:rsidRPr="00AB3632">
        <w:rPr>
          <w:rFonts w:asciiTheme="majorHAnsi" w:hAnsiTheme="majorHAnsi" w:cstheme="majorHAnsi"/>
        </w:rPr>
        <w:t xml:space="preserve"> n.º</w:t>
      </w:r>
      <w:r w:rsidRPr="00AB3632">
        <w:rPr>
          <w:rFonts w:asciiTheme="majorHAnsi" w:hAnsiTheme="majorHAnsi" w:cstheme="majorHAnsi"/>
        </w:rPr>
        <w:t xml:space="preserve"> ______________________</w:t>
      </w:r>
      <w:r w:rsidR="00897314" w:rsidRPr="00AB3632">
        <w:rPr>
          <w:rFonts w:asciiTheme="majorHAnsi" w:hAnsiTheme="majorHAnsi" w:cstheme="majorHAnsi"/>
        </w:rPr>
        <w:t>_____</w:t>
      </w:r>
      <w:r w:rsidRPr="00AB3632">
        <w:rPr>
          <w:rFonts w:asciiTheme="majorHAnsi" w:hAnsiTheme="majorHAnsi" w:cstheme="majorHAnsi"/>
        </w:rPr>
        <w:t>,</w:t>
      </w:r>
    </w:p>
    <w:p w14:paraId="0AE812C4" w14:textId="6675B048" w:rsidR="00DC0E10" w:rsidRPr="00AB3632" w:rsidRDefault="002D2911" w:rsidP="00DC074B">
      <w:pPr>
        <w:spacing w:after="0" w:line="312" w:lineRule="auto"/>
        <w:rPr>
          <w:rFonts w:asciiTheme="majorHAnsi" w:hAnsiTheme="majorHAnsi" w:cstheme="majorHAnsi"/>
        </w:rPr>
      </w:pPr>
      <w:r w:rsidRPr="00AB3632">
        <w:rPr>
          <w:rFonts w:asciiTheme="majorHAnsi" w:hAnsiTheme="majorHAnsi" w:cstheme="majorHAnsi"/>
        </w:rPr>
        <w:t>telefone __________________</w:t>
      </w:r>
      <w:r w:rsidR="00D31AC9" w:rsidRPr="00AB3632">
        <w:rPr>
          <w:rFonts w:asciiTheme="majorHAnsi" w:hAnsiTheme="majorHAnsi" w:cstheme="majorHAnsi"/>
        </w:rPr>
        <w:t>____</w:t>
      </w:r>
      <w:r w:rsidR="00DD7654" w:rsidRPr="00AB3632">
        <w:rPr>
          <w:rFonts w:asciiTheme="majorHAnsi" w:hAnsiTheme="majorHAnsi" w:cstheme="majorHAnsi"/>
        </w:rPr>
        <w:t>,</w:t>
      </w:r>
      <w:r w:rsidR="00F8308E" w:rsidRPr="00AB3632">
        <w:rPr>
          <w:rFonts w:asciiTheme="majorHAnsi" w:hAnsiTheme="majorHAnsi" w:cstheme="majorHAnsi"/>
        </w:rPr>
        <w:t xml:space="preserve"> </w:t>
      </w:r>
      <w:r w:rsidRPr="00AB3632">
        <w:rPr>
          <w:rFonts w:asciiTheme="majorHAnsi" w:hAnsiTheme="majorHAnsi" w:cstheme="majorHAnsi"/>
        </w:rPr>
        <w:t>e-mail __________</w:t>
      </w:r>
      <w:r w:rsidR="00897314" w:rsidRPr="00AB3632">
        <w:rPr>
          <w:rFonts w:asciiTheme="majorHAnsi" w:hAnsiTheme="majorHAnsi" w:cstheme="majorHAnsi"/>
        </w:rPr>
        <w:t>____</w:t>
      </w:r>
      <w:r w:rsidRPr="00AB3632">
        <w:rPr>
          <w:rFonts w:asciiTheme="majorHAnsi" w:hAnsiTheme="majorHAnsi" w:cstheme="majorHAnsi"/>
        </w:rPr>
        <w:t>____________</w:t>
      </w:r>
      <w:r w:rsidR="00D31AC9" w:rsidRPr="00AB3632">
        <w:rPr>
          <w:rFonts w:asciiTheme="majorHAnsi" w:hAnsiTheme="majorHAnsi" w:cstheme="majorHAnsi"/>
        </w:rPr>
        <w:t>___________________</w:t>
      </w:r>
      <w:r w:rsidRPr="00AB3632">
        <w:rPr>
          <w:rFonts w:asciiTheme="majorHAnsi" w:hAnsiTheme="majorHAnsi" w:cstheme="majorHAnsi"/>
        </w:rPr>
        <w:t>,</w:t>
      </w:r>
    </w:p>
    <w:p w14:paraId="0550527C" w14:textId="77777777" w:rsidR="00DD7654" w:rsidRPr="00AB3632" w:rsidRDefault="00DD7654" w:rsidP="00DC074B">
      <w:pPr>
        <w:spacing w:after="0" w:line="312" w:lineRule="auto"/>
        <w:rPr>
          <w:rFonts w:asciiTheme="majorHAnsi" w:hAnsiTheme="majorHAnsi" w:cstheme="majorHAnsi"/>
        </w:rPr>
      </w:pPr>
    </w:p>
    <w:p w14:paraId="237C1A7D" w14:textId="1A77E9C8" w:rsidR="00670972" w:rsidRPr="00AB3632" w:rsidRDefault="002D2911" w:rsidP="00DC074B">
      <w:pPr>
        <w:spacing w:after="0" w:line="312" w:lineRule="auto"/>
        <w:rPr>
          <w:rFonts w:asciiTheme="majorHAnsi" w:hAnsiTheme="majorHAnsi" w:cstheme="majorHAnsi"/>
        </w:rPr>
      </w:pPr>
      <w:r w:rsidRPr="00AB3632">
        <w:rPr>
          <w:rFonts w:asciiTheme="majorHAnsi" w:hAnsiTheme="majorHAnsi" w:cstheme="majorHAnsi"/>
        </w:rPr>
        <w:t>DECLARO:</w:t>
      </w:r>
    </w:p>
    <w:p w14:paraId="4AB390E6" w14:textId="4B7CFA2B" w:rsidR="00670972" w:rsidRPr="00AB3632" w:rsidRDefault="002D2911" w:rsidP="00DC074B">
      <w:pPr>
        <w:spacing w:after="0" w:line="312" w:lineRule="auto"/>
        <w:rPr>
          <w:rFonts w:asciiTheme="majorHAnsi" w:hAnsiTheme="majorHAnsi" w:cstheme="majorHAnsi"/>
        </w:rPr>
      </w:pPr>
      <w:r w:rsidRPr="00AB3632">
        <w:rPr>
          <w:rFonts w:asciiTheme="majorHAnsi" w:hAnsiTheme="majorHAnsi" w:cstheme="majorHAnsi"/>
        </w:rPr>
        <w:t>• Que atualmente possuo as qualificações que me permitem trabalhar no Brasil como professor(a)</w:t>
      </w:r>
      <w:r w:rsidR="00DC0E10" w:rsidRPr="00AB3632">
        <w:rPr>
          <w:rFonts w:asciiTheme="majorHAnsi" w:hAnsiTheme="majorHAnsi" w:cstheme="majorHAnsi"/>
        </w:rPr>
        <w:t xml:space="preserve"> </w:t>
      </w:r>
      <w:r w:rsidRPr="00AB3632">
        <w:rPr>
          <w:rFonts w:asciiTheme="majorHAnsi" w:hAnsiTheme="majorHAnsi" w:cstheme="majorHAnsi"/>
        </w:rPr>
        <w:t>(indicar a etapa educativa</w:t>
      </w:r>
      <w:r w:rsidR="00383636" w:rsidRPr="00AB3632">
        <w:rPr>
          <w:rFonts w:asciiTheme="majorHAnsi" w:hAnsiTheme="majorHAnsi" w:cstheme="majorHAnsi"/>
        </w:rPr>
        <w:t>, p. ex. EF I, EF II, EM,</w:t>
      </w:r>
      <w:r w:rsidR="00E46A02">
        <w:rPr>
          <w:rFonts w:asciiTheme="majorHAnsi" w:hAnsiTheme="majorHAnsi" w:cstheme="majorHAnsi"/>
        </w:rPr>
        <w:t xml:space="preserve"> EJA</w:t>
      </w:r>
      <w:r w:rsidR="0088328C">
        <w:rPr>
          <w:rFonts w:asciiTheme="majorHAnsi" w:hAnsiTheme="majorHAnsi" w:cstheme="majorHAnsi"/>
        </w:rPr>
        <w:t>, ensino técnico</w:t>
      </w:r>
      <w:r w:rsidRPr="00AB3632">
        <w:rPr>
          <w:rFonts w:asciiTheme="majorHAnsi" w:hAnsiTheme="majorHAnsi" w:cstheme="majorHAnsi"/>
        </w:rPr>
        <w:t>):</w:t>
      </w:r>
    </w:p>
    <w:p w14:paraId="65CA9AB9" w14:textId="77777777" w:rsidR="00670972" w:rsidRPr="00AB3632" w:rsidRDefault="002D2911" w:rsidP="00DC074B">
      <w:pPr>
        <w:spacing w:after="0" w:line="312" w:lineRule="auto"/>
        <w:rPr>
          <w:rFonts w:asciiTheme="majorHAnsi" w:hAnsiTheme="majorHAnsi" w:cstheme="majorHAnsi"/>
        </w:rPr>
      </w:pPr>
      <w:r w:rsidRPr="00AB3632">
        <w:rPr>
          <w:rFonts w:asciiTheme="majorHAnsi" w:hAnsiTheme="majorHAnsi" w:cstheme="majorHAnsi"/>
        </w:rPr>
        <w:t xml:space="preserve">  ___________________________________________________________________________.</w:t>
      </w:r>
    </w:p>
    <w:p w14:paraId="67F505E7" w14:textId="77777777" w:rsidR="00670972" w:rsidRPr="00AB3632" w:rsidRDefault="002D2911" w:rsidP="00DC074B">
      <w:pPr>
        <w:spacing w:after="0" w:line="312" w:lineRule="auto"/>
        <w:rPr>
          <w:rFonts w:asciiTheme="majorHAnsi" w:hAnsiTheme="majorHAnsi" w:cstheme="majorHAnsi"/>
        </w:rPr>
      </w:pPr>
      <w:r w:rsidRPr="00AB3632">
        <w:rPr>
          <w:rFonts w:asciiTheme="majorHAnsi" w:hAnsiTheme="majorHAnsi" w:cstheme="majorHAnsi"/>
        </w:rPr>
        <w:t>• Que no presente ano letivo de 2026, ministro as seguintes disciplinas:</w:t>
      </w:r>
    </w:p>
    <w:p w14:paraId="3DF06887" w14:textId="6FFA47DF" w:rsidR="00670972" w:rsidRPr="00AB3632" w:rsidRDefault="002D2911" w:rsidP="00DC074B">
      <w:pPr>
        <w:spacing w:after="0" w:line="312" w:lineRule="auto"/>
        <w:rPr>
          <w:rFonts w:asciiTheme="majorHAnsi" w:hAnsiTheme="majorHAnsi" w:cstheme="majorHAnsi"/>
        </w:rPr>
      </w:pPr>
      <w:r w:rsidRPr="00AB3632">
        <w:rPr>
          <w:rFonts w:asciiTheme="majorHAnsi" w:hAnsiTheme="majorHAnsi" w:cstheme="majorHAnsi"/>
        </w:rPr>
        <w:t>___________________________________________________________________________</w:t>
      </w:r>
    </w:p>
    <w:p w14:paraId="149248D7" w14:textId="1D832919" w:rsidR="00670972" w:rsidRPr="00AB3632" w:rsidRDefault="00DC0E10" w:rsidP="00DC074B">
      <w:pPr>
        <w:spacing w:after="0" w:line="312" w:lineRule="auto"/>
        <w:rPr>
          <w:rFonts w:asciiTheme="majorHAnsi" w:hAnsiTheme="majorHAnsi" w:cstheme="majorHAnsi"/>
        </w:rPr>
      </w:pPr>
      <w:r w:rsidRPr="00AB3632">
        <w:rPr>
          <w:rFonts w:asciiTheme="majorHAnsi" w:hAnsiTheme="majorHAnsi" w:cstheme="majorHAnsi"/>
        </w:rPr>
        <w:t>n</w:t>
      </w:r>
      <w:r w:rsidR="00B7470C" w:rsidRPr="00AB3632">
        <w:rPr>
          <w:rFonts w:asciiTheme="majorHAnsi" w:hAnsiTheme="majorHAnsi" w:cstheme="majorHAnsi"/>
        </w:rPr>
        <w:t>a escola</w:t>
      </w:r>
      <w:r w:rsidR="002D2911" w:rsidRPr="00AB3632">
        <w:rPr>
          <w:rFonts w:asciiTheme="majorHAnsi" w:hAnsiTheme="majorHAnsi" w:cstheme="majorHAnsi"/>
        </w:rPr>
        <w:t xml:space="preserve"> _____</w:t>
      </w:r>
      <w:r w:rsidR="001D77E8">
        <w:rPr>
          <w:rFonts w:asciiTheme="majorHAnsi" w:hAnsiTheme="majorHAnsi" w:cstheme="majorHAnsi"/>
        </w:rPr>
        <w:t>_____</w:t>
      </w:r>
      <w:r w:rsidR="002D2911" w:rsidRPr="00AB3632">
        <w:rPr>
          <w:rFonts w:asciiTheme="majorHAnsi" w:hAnsiTheme="majorHAnsi" w:cstheme="majorHAnsi"/>
        </w:rPr>
        <w:t>______________</w:t>
      </w:r>
      <w:r w:rsidR="00721B7A" w:rsidRPr="00AB3632">
        <w:rPr>
          <w:rFonts w:asciiTheme="majorHAnsi" w:hAnsiTheme="majorHAnsi" w:cstheme="majorHAnsi"/>
        </w:rPr>
        <w:t>__________</w:t>
      </w:r>
      <w:r w:rsidR="00AE277A" w:rsidRPr="00AB3632">
        <w:rPr>
          <w:rFonts w:asciiTheme="majorHAnsi" w:hAnsiTheme="majorHAnsi" w:cstheme="majorHAnsi"/>
        </w:rPr>
        <w:t>__________</w:t>
      </w:r>
      <w:r w:rsidR="002D2911" w:rsidRPr="00AB3632">
        <w:rPr>
          <w:rFonts w:asciiTheme="majorHAnsi" w:hAnsiTheme="majorHAnsi" w:cstheme="majorHAnsi"/>
        </w:rPr>
        <w:t>,</w:t>
      </w:r>
      <w:r w:rsidR="00DD7654" w:rsidRPr="00AB3632">
        <w:rPr>
          <w:rFonts w:asciiTheme="majorHAnsi" w:hAnsiTheme="majorHAnsi" w:cstheme="majorHAnsi"/>
        </w:rPr>
        <w:t xml:space="preserve"> </w:t>
      </w:r>
      <w:r w:rsidRPr="00AB3632">
        <w:rPr>
          <w:rFonts w:asciiTheme="majorHAnsi" w:hAnsiTheme="majorHAnsi" w:cstheme="majorHAnsi"/>
        </w:rPr>
        <w:t>no m</w:t>
      </w:r>
      <w:r w:rsidR="00B7470C" w:rsidRPr="00AB3632">
        <w:rPr>
          <w:rFonts w:asciiTheme="majorHAnsi" w:hAnsiTheme="majorHAnsi" w:cstheme="majorHAnsi"/>
        </w:rPr>
        <w:t>unicípio</w:t>
      </w:r>
      <w:r w:rsidRPr="00AB3632">
        <w:rPr>
          <w:rFonts w:asciiTheme="majorHAnsi" w:hAnsiTheme="majorHAnsi" w:cstheme="majorHAnsi"/>
        </w:rPr>
        <w:t xml:space="preserve"> de</w:t>
      </w:r>
      <w:r w:rsidR="002D2911" w:rsidRPr="00AB3632">
        <w:rPr>
          <w:rFonts w:asciiTheme="majorHAnsi" w:hAnsiTheme="majorHAnsi" w:cstheme="majorHAnsi"/>
        </w:rPr>
        <w:t xml:space="preserve"> </w:t>
      </w:r>
      <w:r w:rsidR="00031FF0" w:rsidRPr="00AB3632">
        <w:rPr>
          <w:rFonts w:asciiTheme="majorHAnsi" w:hAnsiTheme="majorHAnsi" w:cstheme="majorHAnsi"/>
        </w:rPr>
        <w:t>________________</w:t>
      </w:r>
      <w:r w:rsidR="002D2911" w:rsidRPr="00AB3632">
        <w:rPr>
          <w:rFonts w:asciiTheme="majorHAnsi" w:hAnsiTheme="majorHAnsi" w:cstheme="majorHAnsi"/>
        </w:rPr>
        <w:t>________.</w:t>
      </w:r>
    </w:p>
    <w:p w14:paraId="497898F0" w14:textId="7005FDF9" w:rsidR="00670972" w:rsidRDefault="002D2911" w:rsidP="00DC074B">
      <w:pPr>
        <w:spacing w:after="0" w:line="312" w:lineRule="auto"/>
        <w:rPr>
          <w:rFonts w:asciiTheme="majorHAnsi" w:hAnsiTheme="majorHAnsi" w:cstheme="majorHAnsi"/>
        </w:rPr>
      </w:pPr>
      <w:r w:rsidRPr="00AB3632">
        <w:rPr>
          <w:rFonts w:asciiTheme="majorHAnsi" w:hAnsiTheme="majorHAnsi" w:cstheme="majorHAnsi"/>
        </w:rPr>
        <w:t xml:space="preserve">• </w:t>
      </w:r>
      <w:r w:rsidR="00691270">
        <w:rPr>
          <w:rFonts w:asciiTheme="majorHAnsi" w:hAnsiTheme="majorHAnsi" w:cstheme="majorHAnsi"/>
        </w:rPr>
        <w:t>Que e</w:t>
      </w:r>
      <w:r w:rsidRPr="00AB3632">
        <w:rPr>
          <w:rFonts w:asciiTheme="majorHAnsi" w:hAnsiTheme="majorHAnsi" w:cstheme="majorHAnsi"/>
        </w:rPr>
        <w:t>stou interessado(a) em participar do Programa Europrof Brasil com o seguinte OBJETIVO DE FORMAÇÃO</w:t>
      </w:r>
      <w:r w:rsidR="00703287" w:rsidRPr="00AB3632">
        <w:rPr>
          <w:rFonts w:asciiTheme="majorHAnsi" w:hAnsiTheme="majorHAnsi" w:cstheme="majorHAnsi"/>
        </w:rPr>
        <w:t xml:space="preserve"> </w:t>
      </w:r>
      <w:r w:rsidRPr="00AB3632">
        <w:rPr>
          <w:rFonts w:asciiTheme="majorHAnsi" w:hAnsiTheme="majorHAnsi" w:cstheme="majorHAnsi"/>
        </w:rPr>
        <w:t>(marque a opção correspondente):</w:t>
      </w:r>
    </w:p>
    <w:p w14:paraId="75B48C60" w14:textId="68744AB0" w:rsidR="009A1F62" w:rsidRPr="00AB3632" w:rsidRDefault="009A1F62" w:rsidP="009A1F62">
      <w:pPr>
        <w:spacing w:after="0" w:line="312" w:lineRule="auto"/>
        <w:rPr>
          <w:rFonts w:asciiTheme="majorHAnsi" w:hAnsiTheme="majorHAnsi" w:cstheme="majorHAnsi"/>
        </w:rPr>
      </w:pPr>
      <w:r w:rsidRPr="00AB3632">
        <w:rPr>
          <w:rFonts w:ascii="Segoe UI Symbol" w:hAnsi="Segoe UI Symbol" w:cs="Segoe UI Symbol"/>
        </w:rPr>
        <w:t>☐</w:t>
      </w:r>
      <w:r w:rsidRPr="00AB3632">
        <w:rPr>
          <w:rFonts w:asciiTheme="majorHAnsi" w:hAnsiTheme="majorHAnsi" w:cstheme="majorHAnsi"/>
        </w:rPr>
        <w:t xml:space="preserve"> Formação para ser professor(a) de disciplina não linguística em espanhol no Ensino Fundamental I.</w:t>
      </w:r>
    </w:p>
    <w:p w14:paraId="5A1081B8" w14:textId="62729AA8" w:rsidR="00670972" w:rsidRPr="00AB3632" w:rsidRDefault="002D2911" w:rsidP="00DC074B">
      <w:pPr>
        <w:spacing w:after="0" w:line="312" w:lineRule="auto"/>
        <w:rPr>
          <w:rFonts w:asciiTheme="majorHAnsi" w:hAnsiTheme="majorHAnsi" w:cstheme="majorHAnsi"/>
        </w:rPr>
      </w:pPr>
      <w:r w:rsidRPr="00AB3632">
        <w:rPr>
          <w:rFonts w:ascii="Segoe UI Symbol" w:hAnsi="Segoe UI Symbol" w:cs="Segoe UI Symbol"/>
        </w:rPr>
        <w:t>☐</w:t>
      </w:r>
      <w:r w:rsidRPr="00AB3632">
        <w:rPr>
          <w:rFonts w:asciiTheme="majorHAnsi" w:hAnsiTheme="majorHAnsi" w:cstheme="majorHAnsi"/>
        </w:rPr>
        <w:t xml:space="preserve"> Formação para ser professor(a) d</w:t>
      </w:r>
      <w:r w:rsidR="00C21326" w:rsidRPr="00AB3632">
        <w:rPr>
          <w:rFonts w:asciiTheme="majorHAnsi" w:hAnsiTheme="majorHAnsi" w:cstheme="majorHAnsi"/>
        </w:rPr>
        <w:t>e</w:t>
      </w:r>
      <w:r w:rsidRPr="00AB3632">
        <w:rPr>
          <w:rFonts w:asciiTheme="majorHAnsi" w:hAnsiTheme="majorHAnsi" w:cstheme="majorHAnsi"/>
        </w:rPr>
        <w:t xml:space="preserve"> disciplina não linguística em espanhol no Ensino Fundamental II.</w:t>
      </w:r>
    </w:p>
    <w:p w14:paraId="1DF6B16A" w14:textId="465DA0B6" w:rsidR="00670972" w:rsidRPr="00AB3632" w:rsidRDefault="002D2911" w:rsidP="00DC074B">
      <w:pPr>
        <w:spacing w:after="0" w:line="312" w:lineRule="auto"/>
        <w:rPr>
          <w:rFonts w:asciiTheme="majorHAnsi" w:hAnsiTheme="majorHAnsi" w:cstheme="majorHAnsi"/>
        </w:rPr>
      </w:pPr>
      <w:r w:rsidRPr="00AB3632">
        <w:rPr>
          <w:rFonts w:ascii="Segoe UI Symbol" w:hAnsi="Segoe UI Symbol" w:cs="Segoe UI Symbol"/>
        </w:rPr>
        <w:t>☐</w:t>
      </w:r>
      <w:r w:rsidRPr="00AB3632">
        <w:rPr>
          <w:rFonts w:asciiTheme="majorHAnsi" w:hAnsiTheme="majorHAnsi" w:cstheme="majorHAnsi"/>
        </w:rPr>
        <w:t xml:space="preserve"> Formação para ser professor(a) d</w:t>
      </w:r>
      <w:r w:rsidR="00C21326" w:rsidRPr="00AB3632">
        <w:rPr>
          <w:rFonts w:asciiTheme="majorHAnsi" w:hAnsiTheme="majorHAnsi" w:cstheme="majorHAnsi"/>
        </w:rPr>
        <w:t>e</w:t>
      </w:r>
      <w:r w:rsidRPr="00AB3632">
        <w:rPr>
          <w:rFonts w:asciiTheme="majorHAnsi" w:hAnsiTheme="majorHAnsi" w:cstheme="majorHAnsi"/>
        </w:rPr>
        <w:t xml:space="preserve"> disciplina não linguística em espanhol no Ensino Médio</w:t>
      </w:r>
      <w:r w:rsidR="00B604AF" w:rsidRPr="00AB3632">
        <w:rPr>
          <w:rFonts w:asciiTheme="majorHAnsi" w:hAnsiTheme="majorHAnsi" w:cstheme="majorHAnsi"/>
        </w:rPr>
        <w:t>.</w:t>
      </w:r>
    </w:p>
    <w:p w14:paraId="2D5F55DC" w14:textId="358D7EE6" w:rsidR="00670972" w:rsidRDefault="002D2911" w:rsidP="00DC074B">
      <w:pPr>
        <w:spacing w:after="0" w:line="312" w:lineRule="auto"/>
        <w:rPr>
          <w:rFonts w:asciiTheme="majorHAnsi" w:hAnsiTheme="majorHAnsi" w:cstheme="majorHAnsi"/>
        </w:rPr>
      </w:pPr>
      <w:r w:rsidRPr="00AB3632">
        <w:rPr>
          <w:rFonts w:ascii="Segoe UI Symbol" w:hAnsi="Segoe UI Symbol" w:cs="Segoe UI Symbol"/>
        </w:rPr>
        <w:t>☐</w:t>
      </w:r>
      <w:r w:rsidRPr="00AB3632">
        <w:rPr>
          <w:rFonts w:asciiTheme="majorHAnsi" w:hAnsiTheme="majorHAnsi" w:cstheme="majorHAnsi"/>
        </w:rPr>
        <w:t xml:space="preserve"> Formação para ser professor(a) </w:t>
      </w:r>
      <w:r w:rsidR="00A92B98" w:rsidRPr="00AB3632">
        <w:rPr>
          <w:rFonts w:asciiTheme="majorHAnsi" w:hAnsiTheme="majorHAnsi" w:cstheme="majorHAnsi"/>
        </w:rPr>
        <w:t>de</w:t>
      </w:r>
      <w:r w:rsidRPr="00AB3632">
        <w:rPr>
          <w:rFonts w:asciiTheme="majorHAnsi" w:hAnsiTheme="majorHAnsi" w:cstheme="majorHAnsi"/>
        </w:rPr>
        <w:t xml:space="preserve"> disciplina não linguística em espanhol na EJA.</w:t>
      </w:r>
    </w:p>
    <w:p w14:paraId="579F66CE" w14:textId="048EA3CA" w:rsidR="0088328C" w:rsidRPr="00AB3632" w:rsidRDefault="0088328C" w:rsidP="00DC074B">
      <w:pPr>
        <w:spacing w:after="0" w:line="312" w:lineRule="auto"/>
        <w:rPr>
          <w:rFonts w:asciiTheme="majorHAnsi" w:hAnsiTheme="majorHAnsi" w:cstheme="majorHAnsi"/>
        </w:rPr>
      </w:pPr>
      <w:r w:rsidRPr="00AB3632">
        <w:rPr>
          <w:rFonts w:ascii="Segoe UI Symbol" w:hAnsi="Segoe UI Symbol" w:cs="Segoe UI Symbol"/>
        </w:rPr>
        <w:t>☐</w:t>
      </w:r>
      <w:r w:rsidRPr="00AB3632">
        <w:rPr>
          <w:rFonts w:asciiTheme="majorHAnsi" w:hAnsiTheme="majorHAnsi" w:cstheme="majorHAnsi"/>
        </w:rPr>
        <w:t xml:space="preserve"> Formação para ser professor(a) de disciplina não linguística em espanhol no Ensino Técnico.</w:t>
      </w:r>
    </w:p>
    <w:p w14:paraId="32F72574" w14:textId="4C3ABB1C" w:rsidR="00670972" w:rsidRPr="00AB3632" w:rsidRDefault="002D2911" w:rsidP="00DC074B">
      <w:pPr>
        <w:spacing w:after="0" w:line="312" w:lineRule="auto"/>
        <w:rPr>
          <w:rFonts w:asciiTheme="majorHAnsi" w:hAnsiTheme="majorHAnsi" w:cstheme="majorHAnsi"/>
        </w:rPr>
      </w:pPr>
      <w:r w:rsidRPr="00AB3632">
        <w:rPr>
          <w:rFonts w:asciiTheme="majorHAnsi" w:hAnsiTheme="majorHAnsi" w:cstheme="majorHAnsi"/>
        </w:rPr>
        <w:t xml:space="preserve">• </w:t>
      </w:r>
      <w:r w:rsidR="00691270">
        <w:rPr>
          <w:rFonts w:asciiTheme="majorHAnsi" w:hAnsiTheme="majorHAnsi" w:cstheme="majorHAnsi"/>
        </w:rPr>
        <w:t>Que, c</w:t>
      </w:r>
      <w:r w:rsidRPr="00AB3632">
        <w:rPr>
          <w:rFonts w:asciiTheme="majorHAnsi" w:hAnsiTheme="majorHAnsi" w:cstheme="majorHAnsi"/>
        </w:rPr>
        <w:t xml:space="preserve">om este fim, assumo o COMPROMISSO </w:t>
      </w:r>
      <w:r w:rsidR="00E94834" w:rsidRPr="00AB3632">
        <w:rPr>
          <w:rFonts w:asciiTheme="majorHAnsi" w:hAnsiTheme="majorHAnsi" w:cstheme="majorHAnsi"/>
        </w:rPr>
        <w:t>FORMATIVO de</w:t>
      </w:r>
      <w:r w:rsidRPr="00AB3632">
        <w:rPr>
          <w:rFonts w:asciiTheme="majorHAnsi" w:hAnsiTheme="majorHAnsi" w:cstheme="majorHAnsi"/>
        </w:rPr>
        <w:t xml:space="preserve"> completar o programa de formação linguística Europrof mediante a conclusão satisfatória dos cursos que o compõem (A1-A2</w:t>
      </w:r>
      <w:r w:rsidR="00537980" w:rsidRPr="00AB3632">
        <w:rPr>
          <w:rFonts w:asciiTheme="majorHAnsi" w:hAnsiTheme="majorHAnsi" w:cstheme="majorHAnsi"/>
        </w:rPr>
        <w:t xml:space="preserve"> em </w:t>
      </w:r>
      <w:r w:rsidRPr="00AB3632">
        <w:rPr>
          <w:rFonts w:asciiTheme="majorHAnsi" w:hAnsiTheme="majorHAnsi" w:cstheme="majorHAnsi"/>
        </w:rPr>
        <w:t>2026, B1</w:t>
      </w:r>
      <w:r w:rsidR="00537980" w:rsidRPr="00AB3632">
        <w:rPr>
          <w:rFonts w:asciiTheme="majorHAnsi" w:hAnsiTheme="majorHAnsi" w:cstheme="majorHAnsi"/>
        </w:rPr>
        <w:t xml:space="preserve"> em </w:t>
      </w:r>
      <w:r w:rsidRPr="00AB3632">
        <w:rPr>
          <w:rFonts w:asciiTheme="majorHAnsi" w:hAnsiTheme="majorHAnsi" w:cstheme="majorHAnsi"/>
        </w:rPr>
        <w:t>2027; B2</w:t>
      </w:r>
      <w:r w:rsidR="00537980" w:rsidRPr="00AB3632">
        <w:rPr>
          <w:rFonts w:asciiTheme="majorHAnsi" w:hAnsiTheme="majorHAnsi" w:cstheme="majorHAnsi"/>
        </w:rPr>
        <w:t xml:space="preserve"> em </w:t>
      </w:r>
      <w:r w:rsidRPr="00AB3632">
        <w:rPr>
          <w:rFonts w:asciiTheme="majorHAnsi" w:hAnsiTheme="majorHAnsi" w:cstheme="majorHAnsi"/>
        </w:rPr>
        <w:t>2028).</w:t>
      </w:r>
    </w:p>
    <w:p w14:paraId="07A606DA" w14:textId="14EF72D5" w:rsidR="00670972" w:rsidRPr="00AB3632" w:rsidRDefault="002D2911" w:rsidP="00DC074B">
      <w:pPr>
        <w:spacing w:after="0" w:line="312" w:lineRule="auto"/>
        <w:rPr>
          <w:rFonts w:asciiTheme="majorHAnsi" w:hAnsiTheme="majorHAnsi" w:cstheme="majorHAnsi"/>
        </w:rPr>
      </w:pPr>
      <w:r w:rsidRPr="00AB3632">
        <w:rPr>
          <w:rFonts w:asciiTheme="majorHAnsi" w:hAnsiTheme="majorHAnsi" w:cstheme="majorHAnsi"/>
        </w:rPr>
        <w:t xml:space="preserve">• </w:t>
      </w:r>
      <w:r w:rsidR="00691270">
        <w:rPr>
          <w:rFonts w:asciiTheme="majorHAnsi" w:hAnsiTheme="majorHAnsi" w:cstheme="majorHAnsi"/>
        </w:rPr>
        <w:t>Que a</w:t>
      </w:r>
      <w:r w:rsidR="00BF04C0" w:rsidRPr="00AB3632">
        <w:rPr>
          <w:rFonts w:asciiTheme="majorHAnsi" w:hAnsiTheme="majorHAnsi" w:cstheme="majorHAnsi"/>
        </w:rPr>
        <w:t>ssumo o</w:t>
      </w:r>
      <w:r w:rsidRPr="00AB3632">
        <w:rPr>
          <w:rFonts w:asciiTheme="majorHAnsi" w:hAnsiTheme="majorHAnsi" w:cstheme="majorHAnsi"/>
        </w:rPr>
        <w:t xml:space="preserve"> COMPROMISSO </w:t>
      </w:r>
      <w:r w:rsidR="003E2D28" w:rsidRPr="00AB3632">
        <w:rPr>
          <w:rFonts w:asciiTheme="majorHAnsi" w:hAnsiTheme="majorHAnsi" w:cstheme="majorHAnsi"/>
        </w:rPr>
        <w:t xml:space="preserve">PROFISSIONAL </w:t>
      </w:r>
      <w:r w:rsidR="00BF04C0" w:rsidRPr="00AB3632">
        <w:rPr>
          <w:rFonts w:asciiTheme="majorHAnsi" w:hAnsiTheme="majorHAnsi" w:cstheme="majorHAnsi"/>
        </w:rPr>
        <w:t>de</w:t>
      </w:r>
      <w:r w:rsidRPr="00AB3632">
        <w:rPr>
          <w:rFonts w:asciiTheme="majorHAnsi" w:hAnsiTheme="majorHAnsi" w:cstheme="majorHAnsi"/>
        </w:rPr>
        <w:t xml:space="preserve"> exercer como professor(a) no âmbito da minha disciplina não linguística ministrada em espanhol </w:t>
      </w:r>
      <w:r w:rsidR="00715615" w:rsidRPr="00AB3632">
        <w:rPr>
          <w:rFonts w:asciiTheme="majorHAnsi" w:hAnsiTheme="majorHAnsi" w:cstheme="majorHAnsi"/>
        </w:rPr>
        <w:t>durante um</w:t>
      </w:r>
      <w:r w:rsidRPr="00AB3632">
        <w:rPr>
          <w:rFonts w:asciiTheme="majorHAnsi" w:hAnsiTheme="majorHAnsi" w:cstheme="majorHAnsi"/>
        </w:rPr>
        <w:t xml:space="preserve"> prazo de </w:t>
      </w:r>
      <w:r w:rsidR="00715615" w:rsidRPr="00AB3632">
        <w:rPr>
          <w:rFonts w:asciiTheme="majorHAnsi" w:hAnsiTheme="majorHAnsi" w:cstheme="majorHAnsi"/>
        </w:rPr>
        <w:t>5 (</w:t>
      </w:r>
      <w:r w:rsidRPr="00AB3632">
        <w:rPr>
          <w:rFonts w:asciiTheme="majorHAnsi" w:hAnsiTheme="majorHAnsi" w:cstheme="majorHAnsi"/>
        </w:rPr>
        <w:t>cinco</w:t>
      </w:r>
      <w:r w:rsidR="00715615" w:rsidRPr="00AB3632">
        <w:rPr>
          <w:rFonts w:asciiTheme="majorHAnsi" w:hAnsiTheme="majorHAnsi" w:cstheme="majorHAnsi"/>
        </w:rPr>
        <w:t>)</w:t>
      </w:r>
      <w:r w:rsidRPr="00AB3632">
        <w:rPr>
          <w:rFonts w:asciiTheme="majorHAnsi" w:hAnsiTheme="majorHAnsi" w:cstheme="majorHAnsi"/>
        </w:rPr>
        <w:t xml:space="preserve"> anos letivos</w:t>
      </w:r>
      <w:r w:rsidR="00715615" w:rsidRPr="00AB3632">
        <w:rPr>
          <w:rFonts w:asciiTheme="majorHAnsi" w:hAnsiTheme="majorHAnsi" w:cstheme="majorHAnsi"/>
        </w:rPr>
        <w:t>, após a conclusão da formação</w:t>
      </w:r>
      <w:r w:rsidRPr="00AB3632">
        <w:rPr>
          <w:rFonts w:asciiTheme="majorHAnsi" w:hAnsiTheme="majorHAnsi" w:cstheme="majorHAnsi"/>
        </w:rPr>
        <w:t>.</w:t>
      </w:r>
    </w:p>
    <w:p w14:paraId="42676ACA" w14:textId="2BFF7502" w:rsidR="00670972" w:rsidRPr="00AB3632" w:rsidRDefault="002D2911" w:rsidP="00DC074B">
      <w:pPr>
        <w:spacing w:after="0" w:line="312" w:lineRule="auto"/>
        <w:rPr>
          <w:rFonts w:asciiTheme="majorHAnsi" w:hAnsiTheme="majorHAnsi" w:cstheme="majorHAnsi"/>
        </w:rPr>
      </w:pPr>
      <w:r w:rsidRPr="00AB3632">
        <w:rPr>
          <w:rFonts w:asciiTheme="majorHAnsi" w:hAnsiTheme="majorHAnsi" w:cstheme="majorHAnsi"/>
        </w:rPr>
        <w:t xml:space="preserve">• </w:t>
      </w:r>
      <w:r w:rsidR="00691270">
        <w:rPr>
          <w:rFonts w:asciiTheme="majorHAnsi" w:hAnsiTheme="majorHAnsi" w:cstheme="majorHAnsi"/>
        </w:rPr>
        <w:t>Que d</w:t>
      </w:r>
      <w:r w:rsidRPr="00AB3632">
        <w:rPr>
          <w:rFonts w:asciiTheme="majorHAnsi" w:hAnsiTheme="majorHAnsi" w:cstheme="majorHAnsi"/>
        </w:rPr>
        <w:t>isponho do compromisso da administração educa</w:t>
      </w:r>
      <w:r w:rsidR="00AE2D15" w:rsidRPr="00AB3632">
        <w:rPr>
          <w:rFonts w:asciiTheme="majorHAnsi" w:hAnsiTheme="majorHAnsi" w:cstheme="majorHAnsi"/>
        </w:rPr>
        <w:t>cional</w:t>
      </w:r>
      <w:r w:rsidRPr="00AB3632">
        <w:rPr>
          <w:rFonts w:asciiTheme="majorHAnsi" w:hAnsiTheme="majorHAnsi" w:cstheme="majorHAnsi"/>
        </w:rPr>
        <w:t xml:space="preserve"> da qual depende </w:t>
      </w:r>
      <w:r w:rsidR="008F6F10" w:rsidRPr="00AB3632">
        <w:rPr>
          <w:rFonts w:asciiTheme="majorHAnsi" w:hAnsiTheme="majorHAnsi" w:cstheme="majorHAnsi"/>
        </w:rPr>
        <w:t>a escola</w:t>
      </w:r>
      <w:r w:rsidRPr="00AB3632">
        <w:rPr>
          <w:rFonts w:asciiTheme="majorHAnsi" w:hAnsiTheme="majorHAnsi" w:cstheme="majorHAnsi"/>
        </w:rPr>
        <w:t xml:space="preserve"> em que trabalho, o qual </w:t>
      </w:r>
      <w:r w:rsidR="00F84146" w:rsidRPr="00AB3632">
        <w:rPr>
          <w:rFonts w:asciiTheme="majorHAnsi" w:hAnsiTheme="majorHAnsi" w:cstheme="majorHAnsi"/>
        </w:rPr>
        <w:t xml:space="preserve">será apresentado como </w:t>
      </w:r>
      <w:r w:rsidRPr="00AB3632">
        <w:rPr>
          <w:rFonts w:asciiTheme="majorHAnsi" w:hAnsiTheme="majorHAnsi" w:cstheme="majorHAnsi"/>
        </w:rPr>
        <w:t>anexo.</w:t>
      </w:r>
    </w:p>
    <w:p w14:paraId="1478990F" w14:textId="77777777" w:rsidR="00670972" w:rsidRPr="00AB3632" w:rsidRDefault="00670972" w:rsidP="00DC074B">
      <w:pPr>
        <w:spacing w:after="0" w:line="312" w:lineRule="auto"/>
        <w:rPr>
          <w:rFonts w:asciiTheme="majorHAnsi" w:hAnsiTheme="majorHAnsi" w:cstheme="majorHAnsi"/>
        </w:rPr>
      </w:pPr>
    </w:p>
    <w:p w14:paraId="6A1E218B" w14:textId="2494E848" w:rsidR="00670972" w:rsidRPr="00AB3632" w:rsidRDefault="002D2911" w:rsidP="00DC074B">
      <w:pPr>
        <w:spacing w:after="0" w:line="312" w:lineRule="auto"/>
        <w:rPr>
          <w:rFonts w:asciiTheme="majorHAnsi" w:hAnsiTheme="majorHAnsi" w:cstheme="majorHAnsi"/>
        </w:rPr>
      </w:pPr>
      <w:r w:rsidRPr="00AB3632">
        <w:rPr>
          <w:rFonts w:asciiTheme="majorHAnsi" w:hAnsiTheme="majorHAnsi" w:cstheme="majorHAnsi"/>
        </w:rPr>
        <w:t>Declaro o acima exposto</w:t>
      </w:r>
      <w:r w:rsidR="00AB6F7A" w:rsidRPr="00AB3632">
        <w:rPr>
          <w:rFonts w:asciiTheme="majorHAnsi" w:hAnsiTheme="majorHAnsi" w:cstheme="majorHAnsi"/>
        </w:rPr>
        <w:t xml:space="preserve"> em </w:t>
      </w:r>
      <w:r w:rsidRPr="00AB3632">
        <w:rPr>
          <w:rFonts w:asciiTheme="majorHAnsi" w:hAnsiTheme="majorHAnsi" w:cstheme="majorHAnsi"/>
        </w:rPr>
        <w:t xml:space="preserve"> __________________,</w:t>
      </w:r>
      <w:r w:rsidR="00487F5A" w:rsidRPr="00AB3632">
        <w:rPr>
          <w:rFonts w:asciiTheme="majorHAnsi" w:hAnsiTheme="majorHAnsi" w:cstheme="majorHAnsi"/>
        </w:rPr>
        <w:t xml:space="preserve"> </w:t>
      </w:r>
      <w:r w:rsidRPr="00AB3632">
        <w:rPr>
          <w:rFonts w:asciiTheme="majorHAnsi" w:hAnsiTheme="majorHAnsi" w:cstheme="majorHAnsi"/>
        </w:rPr>
        <w:t xml:space="preserve">no dia ______ de __________________ de </w:t>
      </w:r>
      <w:r w:rsidR="004D0FE6" w:rsidRPr="00AB3632">
        <w:rPr>
          <w:rFonts w:asciiTheme="majorHAnsi" w:hAnsiTheme="majorHAnsi" w:cstheme="majorHAnsi"/>
        </w:rPr>
        <w:t>20</w:t>
      </w:r>
      <w:r w:rsidR="0088328C">
        <w:rPr>
          <w:rFonts w:asciiTheme="majorHAnsi" w:hAnsiTheme="majorHAnsi" w:cstheme="majorHAnsi"/>
        </w:rPr>
        <w:t>__</w:t>
      </w:r>
      <w:r w:rsidRPr="00AB3632">
        <w:rPr>
          <w:rFonts w:asciiTheme="majorHAnsi" w:hAnsiTheme="majorHAnsi" w:cstheme="majorHAnsi"/>
        </w:rPr>
        <w:t>.</w:t>
      </w:r>
    </w:p>
    <w:p w14:paraId="20F9C39D" w14:textId="77777777" w:rsidR="00670972" w:rsidRPr="00AB3632" w:rsidRDefault="00670972" w:rsidP="00DC074B">
      <w:pPr>
        <w:spacing w:after="0" w:line="312" w:lineRule="auto"/>
        <w:rPr>
          <w:rFonts w:asciiTheme="majorHAnsi" w:hAnsiTheme="majorHAnsi" w:cstheme="majorHAnsi"/>
        </w:rPr>
      </w:pPr>
    </w:p>
    <w:p w14:paraId="28D22A04" w14:textId="77777777" w:rsidR="00670972" w:rsidRPr="00AB3632" w:rsidRDefault="002D2911" w:rsidP="00DC074B">
      <w:pPr>
        <w:spacing w:after="0" w:line="312" w:lineRule="auto"/>
        <w:rPr>
          <w:rFonts w:asciiTheme="majorHAnsi" w:hAnsiTheme="majorHAnsi" w:cstheme="majorHAnsi"/>
        </w:rPr>
      </w:pPr>
      <w:r w:rsidRPr="00AB3632">
        <w:rPr>
          <w:rFonts w:asciiTheme="majorHAnsi" w:hAnsiTheme="majorHAnsi" w:cstheme="majorHAnsi"/>
        </w:rPr>
        <w:t>Assinatura: __________________</w:t>
      </w:r>
    </w:p>
    <w:sectPr w:rsidR="00670972" w:rsidRPr="00AB3632" w:rsidSect="005E1193">
      <w:headerReference w:type="default" r:id="rId1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E0A88" w14:textId="77777777" w:rsidR="006107F9" w:rsidRDefault="006107F9" w:rsidP="00D86970">
      <w:pPr>
        <w:spacing w:after="0" w:line="240" w:lineRule="auto"/>
      </w:pPr>
      <w:r>
        <w:separator/>
      </w:r>
    </w:p>
  </w:endnote>
  <w:endnote w:type="continuationSeparator" w:id="0">
    <w:p w14:paraId="5F809E5E" w14:textId="77777777" w:rsidR="006107F9" w:rsidRDefault="006107F9" w:rsidP="00D869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6AB52" w14:textId="77777777" w:rsidR="006107F9" w:rsidRDefault="006107F9" w:rsidP="00D86970">
      <w:pPr>
        <w:spacing w:after="0" w:line="240" w:lineRule="auto"/>
      </w:pPr>
      <w:r>
        <w:separator/>
      </w:r>
    </w:p>
  </w:footnote>
  <w:footnote w:type="continuationSeparator" w:id="0">
    <w:p w14:paraId="50B552A5" w14:textId="77777777" w:rsidR="006107F9" w:rsidRDefault="006107F9" w:rsidP="00D869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2E379" w14:textId="70ABE744" w:rsidR="00D86970" w:rsidRDefault="00D86970" w:rsidP="00D86970">
    <w:pPr>
      <w:pStyle w:val="Encabezado"/>
      <w:jc w:val="right"/>
    </w:pPr>
    <w:r>
      <w:rPr>
        <w:noProof/>
      </w:rPr>
      <w:drawing>
        <wp:inline distT="0" distB="0" distL="0" distR="0" wp14:anchorId="49FE7F62" wp14:editId="64C6A016">
          <wp:extent cx="2645848" cy="818866"/>
          <wp:effectExtent l="0" t="0" r="2540" b="635"/>
          <wp:docPr id="74832513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325131" name="Imagen 74832513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4658" cy="8246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6676818">
    <w:abstractNumId w:val="8"/>
  </w:num>
  <w:num w:numId="2" w16cid:durableId="2073307318">
    <w:abstractNumId w:val="6"/>
  </w:num>
  <w:num w:numId="3" w16cid:durableId="1026447378">
    <w:abstractNumId w:val="5"/>
  </w:num>
  <w:num w:numId="4" w16cid:durableId="1145852346">
    <w:abstractNumId w:val="4"/>
  </w:num>
  <w:num w:numId="5" w16cid:durableId="386497549">
    <w:abstractNumId w:val="7"/>
  </w:num>
  <w:num w:numId="6" w16cid:durableId="621115816">
    <w:abstractNumId w:val="3"/>
  </w:num>
  <w:num w:numId="7" w16cid:durableId="898050004">
    <w:abstractNumId w:val="2"/>
  </w:num>
  <w:num w:numId="8" w16cid:durableId="455760789">
    <w:abstractNumId w:val="1"/>
  </w:num>
  <w:num w:numId="9" w16cid:durableId="1192453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1FF0"/>
    <w:rsid w:val="00034616"/>
    <w:rsid w:val="0006063C"/>
    <w:rsid w:val="00071D67"/>
    <w:rsid w:val="000A49E9"/>
    <w:rsid w:val="000A7E79"/>
    <w:rsid w:val="000B7C01"/>
    <w:rsid w:val="00125E26"/>
    <w:rsid w:val="00127082"/>
    <w:rsid w:val="0015074B"/>
    <w:rsid w:val="00171478"/>
    <w:rsid w:val="001753E2"/>
    <w:rsid w:val="00187BC8"/>
    <w:rsid w:val="001A4753"/>
    <w:rsid w:val="001B23FF"/>
    <w:rsid w:val="001C319C"/>
    <w:rsid w:val="001D062D"/>
    <w:rsid w:val="001D7689"/>
    <w:rsid w:val="001D77E8"/>
    <w:rsid w:val="001E56B3"/>
    <w:rsid w:val="002128AF"/>
    <w:rsid w:val="00220CBC"/>
    <w:rsid w:val="0025162C"/>
    <w:rsid w:val="0029639D"/>
    <w:rsid w:val="002D2911"/>
    <w:rsid w:val="00326F90"/>
    <w:rsid w:val="00330773"/>
    <w:rsid w:val="00357F18"/>
    <w:rsid w:val="00383636"/>
    <w:rsid w:val="003873C7"/>
    <w:rsid w:val="003A1628"/>
    <w:rsid w:val="003E2D28"/>
    <w:rsid w:val="004366C0"/>
    <w:rsid w:val="00487F5A"/>
    <w:rsid w:val="004913E0"/>
    <w:rsid w:val="004D0FE6"/>
    <w:rsid w:val="004F42F8"/>
    <w:rsid w:val="00537980"/>
    <w:rsid w:val="005474A8"/>
    <w:rsid w:val="0056053B"/>
    <w:rsid w:val="005E1193"/>
    <w:rsid w:val="005E1B5F"/>
    <w:rsid w:val="005F093A"/>
    <w:rsid w:val="006107F9"/>
    <w:rsid w:val="0063093A"/>
    <w:rsid w:val="00670972"/>
    <w:rsid w:val="00691270"/>
    <w:rsid w:val="006B0633"/>
    <w:rsid w:val="006D7CE9"/>
    <w:rsid w:val="00701310"/>
    <w:rsid w:val="00703287"/>
    <w:rsid w:val="00715615"/>
    <w:rsid w:val="00721B7A"/>
    <w:rsid w:val="00722E69"/>
    <w:rsid w:val="00796A7C"/>
    <w:rsid w:val="00796E49"/>
    <w:rsid w:val="007B5FD8"/>
    <w:rsid w:val="00846B73"/>
    <w:rsid w:val="008572E9"/>
    <w:rsid w:val="00860BED"/>
    <w:rsid w:val="00861986"/>
    <w:rsid w:val="008815DF"/>
    <w:rsid w:val="0088328C"/>
    <w:rsid w:val="00897314"/>
    <w:rsid w:val="008E09A2"/>
    <w:rsid w:val="008F6F10"/>
    <w:rsid w:val="00967164"/>
    <w:rsid w:val="009A1F62"/>
    <w:rsid w:val="009D4CB3"/>
    <w:rsid w:val="00A32C64"/>
    <w:rsid w:val="00A539E1"/>
    <w:rsid w:val="00A92B98"/>
    <w:rsid w:val="00AA1D8D"/>
    <w:rsid w:val="00AB3632"/>
    <w:rsid w:val="00AB6F7A"/>
    <w:rsid w:val="00AC61D1"/>
    <w:rsid w:val="00AE277A"/>
    <w:rsid w:val="00AE2D15"/>
    <w:rsid w:val="00B24A02"/>
    <w:rsid w:val="00B47730"/>
    <w:rsid w:val="00B5317C"/>
    <w:rsid w:val="00B604AF"/>
    <w:rsid w:val="00B7470C"/>
    <w:rsid w:val="00BF04C0"/>
    <w:rsid w:val="00C21326"/>
    <w:rsid w:val="00C26E7E"/>
    <w:rsid w:val="00C812A6"/>
    <w:rsid w:val="00C86DDE"/>
    <w:rsid w:val="00CB0664"/>
    <w:rsid w:val="00CD145D"/>
    <w:rsid w:val="00CE49DD"/>
    <w:rsid w:val="00D23831"/>
    <w:rsid w:val="00D31AC9"/>
    <w:rsid w:val="00D51D58"/>
    <w:rsid w:val="00D83E75"/>
    <w:rsid w:val="00D86970"/>
    <w:rsid w:val="00D95A77"/>
    <w:rsid w:val="00DC074B"/>
    <w:rsid w:val="00DC0E10"/>
    <w:rsid w:val="00DD7654"/>
    <w:rsid w:val="00DF20ED"/>
    <w:rsid w:val="00E1027A"/>
    <w:rsid w:val="00E1186B"/>
    <w:rsid w:val="00E22028"/>
    <w:rsid w:val="00E365CB"/>
    <w:rsid w:val="00E46A02"/>
    <w:rsid w:val="00E6163E"/>
    <w:rsid w:val="00E67CF0"/>
    <w:rsid w:val="00E94834"/>
    <w:rsid w:val="00E9497F"/>
    <w:rsid w:val="00EB7F73"/>
    <w:rsid w:val="00EE5FF2"/>
    <w:rsid w:val="00F41A7E"/>
    <w:rsid w:val="00F5274D"/>
    <w:rsid w:val="00F64648"/>
    <w:rsid w:val="00F8308E"/>
    <w:rsid w:val="00F84146"/>
    <w:rsid w:val="00F95301"/>
    <w:rsid w:val="00FC693F"/>
    <w:rsid w:val="00FF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336963"/>
  <w14:defaultImageDpi w14:val="300"/>
  <w15:docId w15:val="{95002025-9DED-4A42-B4DB-A443395A0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B24A0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24A0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24A0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24A0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24A02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D51D5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51D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3136A2F01F65E4995C9DFC82244FFCC" ma:contentTypeVersion="13" ma:contentTypeDescription="Crear nuevo documento." ma:contentTypeScope="" ma:versionID="0f5fda11fd52af6db848642f59968f54">
  <xsd:schema xmlns:xsd="http://www.w3.org/2001/XMLSchema" xmlns:xs="http://www.w3.org/2001/XMLSchema" xmlns:p="http://schemas.microsoft.com/office/2006/metadata/properties" xmlns:ns2="f62fb978-06ba-4824-af58-d5edcd5eb637" xmlns:ns3="3baf480f-cb9d-4846-92c0-c801282413c7" targetNamespace="http://schemas.microsoft.com/office/2006/metadata/properties" ma:root="true" ma:fieldsID="457ff82e5223e079e2536a8e7d201287" ns2:_="" ns3:_="">
    <xsd:import namespace="f62fb978-06ba-4824-af58-d5edcd5eb637"/>
    <xsd:import namespace="3baf480f-cb9d-4846-92c0-c801282413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fb978-06ba-4824-af58-d5edcd5eb6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ad3e59a1-aef1-4066-ac83-c9a3bdb6df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f480f-cb9d-4846-92c0-c801282413c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6157638-593e-48da-92ee-806b5c02dee3}" ma:internalName="TaxCatchAll" ma:showField="CatchAllData" ma:web="3baf480f-cb9d-4846-92c0-c801282413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2fb978-06ba-4824-af58-d5edcd5eb637">
      <Terms xmlns="http://schemas.microsoft.com/office/infopath/2007/PartnerControls"/>
    </lcf76f155ced4ddcb4097134ff3c332f>
    <TaxCatchAll xmlns="3baf480f-cb9d-4846-92c0-c801282413c7" xsi:nil="true"/>
  </documentManagement>
</p:properties>
</file>

<file path=customXml/itemProps1.xml><?xml version="1.0" encoding="utf-8"?>
<ds:datastoreItem xmlns:ds="http://schemas.openxmlformats.org/officeDocument/2006/customXml" ds:itemID="{3F79DE08-DDD4-4AED-9585-5D590E98A5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2fb978-06ba-4824-af58-d5edcd5eb637"/>
    <ds:schemaRef ds:uri="3baf480f-cb9d-4846-92c0-c801282413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AE903E-5A1A-478F-AF63-4C846EBBC5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A5BB0AC-5AB7-4A38-A014-90BF45FA8A7F}">
  <ds:schemaRefs>
    <ds:schemaRef ds:uri="http://schemas.microsoft.com/office/2006/metadata/properties"/>
    <ds:schemaRef ds:uri="http://schemas.microsoft.com/office/infopath/2007/PartnerControls"/>
    <ds:schemaRef ds:uri="f62fb978-06ba-4824-af58-d5edcd5eb637"/>
    <ds:schemaRef ds:uri="3baf480f-cb9d-4846-92c0-c801282413c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318</Words>
  <Characters>1755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revision>79</cp:revision>
  <cp:lastPrinted>2026-07-01T15:54:00Z</cp:lastPrinted>
  <dcterms:created xsi:type="dcterms:W3CDTF">2026-03-07T00:18:00Z</dcterms:created>
  <dcterms:modified xsi:type="dcterms:W3CDTF">2026-07-01T16:03:00Z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0x010100A3136A2F01F65E4995C9DFC82244FFCC</vt:lpwstr>
  </property>
  <property fmtid="{D5CDD505-2E9C-101B-9397-08002B2CF9AE}" pid="3" name="MediaServiceImageTags">
    <vt:lpwstr/>
  </property>
</Properties>
</file>