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92D4D" w14:textId="2BDB2E9C" w:rsidR="00F33D80" w:rsidRPr="00765B45" w:rsidRDefault="00B12815" w:rsidP="00F9543F">
      <w:pPr>
        <w:pStyle w:val="Ttulo1"/>
        <w:spacing w:before="240" w:line="288" w:lineRule="auto"/>
        <w:jc w:val="center"/>
        <w:rPr>
          <w:rFonts w:cstheme="majorHAnsi"/>
          <w:color w:val="auto"/>
        </w:rPr>
      </w:pPr>
      <w:r w:rsidRPr="00765B45">
        <w:rPr>
          <w:rFonts w:cstheme="majorHAnsi"/>
          <w:color w:val="auto"/>
        </w:rPr>
        <w:t xml:space="preserve">Compromisso da </w:t>
      </w:r>
      <w:r w:rsidR="00FB354E" w:rsidRPr="00765B45">
        <w:rPr>
          <w:rFonts w:cstheme="majorHAnsi"/>
          <w:color w:val="auto"/>
        </w:rPr>
        <w:t>Administra</w:t>
      </w:r>
      <w:r w:rsidR="00FB354E" w:rsidRPr="00765B45">
        <w:rPr>
          <w:rFonts w:cstheme="majorHAnsi"/>
          <w:color w:val="auto"/>
          <w:lang w:val="pt-BR"/>
        </w:rPr>
        <w:t>ção educa</w:t>
      </w:r>
      <w:r w:rsidR="00845E5F" w:rsidRPr="00765B45">
        <w:rPr>
          <w:rFonts w:cstheme="majorHAnsi"/>
          <w:color w:val="auto"/>
          <w:lang w:val="pt-BR"/>
        </w:rPr>
        <w:t>cional</w:t>
      </w:r>
      <w:r w:rsidR="00B447F5" w:rsidRPr="00765B45">
        <w:rPr>
          <w:rFonts w:cstheme="majorHAnsi"/>
          <w:color w:val="auto"/>
          <w:lang w:val="pt-BR"/>
        </w:rPr>
        <w:t xml:space="preserve"> brasileira</w:t>
      </w:r>
      <w:r w:rsidRPr="00765B45">
        <w:rPr>
          <w:rFonts w:cstheme="majorHAnsi"/>
          <w:color w:val="auto"/>
        </w:rPr>
        <w:t xml:space="preserve"> – Europrof Brasil</w:t>
      </w:r>
    </w:p>
    <w:p w14:paraId="468BDBB6" w14:textId="77777777" w:rsidR="00F9543F" w:rsidRDefault="00F9543F" w:rsidP="00606AE9">
      <w:pPr>
        <w:spacing w:after="0" w:line="288" w:lineRule="auto"/>
        <w:rPr>
          <w:rFonts w:asciiTheme="majorHAnsi" w:hAnsiTheme="majorHAnsi" w:cstheme="majorHAnsi"/>
        </w:rPr>
      </w:pPr>
    </w:p>
    <w:p w14:paraId="62ABC5CD" w14:textId="3B690259" w:rsidR="00F33D80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Theme="majorHAnsi" w:hAnsiTheme="majorHAnsi" w:cstheme="majorHAnsi"/>
        </w:rPr>
        <w:t>Eu, Sr./Sra. ____________________________________________</w:t>
      </w:r>
      <w:r w:rsidR="006F690A" w:rsidRPr="008156EE">
        <w:rPr>
          <w:rFonts w:asciiTheme="majorHAnsi" w:hAnsiTheme="majorHAnsi" w:cstheme="majorHAnsi"/>
        </w:rPr>
        <w:t>________</w:t>
      </w:r>
      <w:r w:rsidR="00606AE9" w:rsidRPr="008156EE">
        <w:rPr>
          <w:rFonts w:asciiTheme="majorHAnsi" w:hAnsiTheme="majorHAnsi" w:cstheme="majorHAnsi"/>
        </w:rPr>
        <w:t xml:space="preserve"> (nome completo)</w:t>
      </w:r>
      <w:r w:rsidRPr="008156EE">
        <w:rPr>
          <w:rFonts w:asciiTheme="majorHAnsi" w:hAnsiTheme="majorHAnsi" w:cstheme="majorHAnsi"/>
        </w:rPr>
        <w:t>,</w:t>
      </w:r>
    </w:p>
    <w:p w14:paraId="72D039CA" w14:textId="3CE97AD5" w:rsidR="00F33D80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Theme="majorHAnsi" w:hAnsiTheme="majorHAnsi" w:cstheme="majorHAnsi"/>
        </w:rPr>
        <w:t>portador(a) de CPF</w:t>
      </w:r>
      <w:r w:rsidR="009E2CB8" w:rsidRPr="008156EE">
        <w:rPr>
          <w:rFonts w:asciiTheme="majorHAnsi" w:hAnsiTheme="majorHAnsi" w:cstheme="majorHAnsi"/>
        </w:rPr>
        <w:t xml:space="preserve"> n.º</w:t>
      </w:r>
      <w:r w:rsidRPr="008156EE">
        <w:rPr>
          <w:rFonts w:asciiTheme="majorHAnsi" w:hAnsiTheme="majorHAnsi" w:cstheme="majorHAnsi"/>
        </w:rPr>
        <w:t xml:space="preserve"> ______________________</w:t>
      </w:r>
      <w:r w:rsidR="00606AE9" w:rsidRPr="008156EE">
        <w:rPr>
          <w:rFonts w:asciiTheme="majorHAnsi" w:hAnsiTheme="majorHAnsi" w:cstheme="majorHAnsi"/>
        </w:rPr>
        <w:t>____</w:t>
      </w:r>
      <w:r w:rsidRPr="008156EE">
        <w:rPr>
          <w:rFonts w:asciiTheme="majorHAnsi" w:hAnsiTheme="majorHAnsi" w:cstheme="majorHAnsi"/>
        </w:rPr>
        <w:t>,</w:t>
      </w:r>
    </w:p>
    <w:p w14:paraId="3945DEF0" w14:textId="754EFD55" w:rsidR="00F33D80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Theme="majorHAnsi" w:hAnsiTheme="majorHAnsi" w:cstheme="majorHAnsi"/>
        </w:rPr>
        <w:t>responsável por ______________</w:t>
      </w:r>
      <w:r w:rsidR="009E2CB8" w:rsidRPr="008156EE">
        <w:rPr>
          <w:rFonts w:asciiTheme="majorHAnsi" w:hAnsiTheme="majorHAnsi" w:cstheme="majorHAnsi"/>
        </w:rPr>
        <w:t>______________</w:t>
      </w:r>
      <w:r w:rsidR="006F690A" w:rsidRPr="008156EE">
        <w:rPr>
          <w:rFonts w:asciiTheme="majorHAnsi" w:hAnsiTheme="majorHAnsi" w:cstheme="majorHAnsi"/>
        </w:rPr>
        <w:t>____________</w:t>
      </w:r>
      <w:r w:rsidR="009E2CB8" w:rsidRPr="008156EE">
        <w:rPr>
          <w:rFonts w:asciiTheme="majorHAnsi" w:hAnsiTheme="majorHAnsi" w:cstheme="majorHAnsi"/>
        </w:rPr>
        <w:t>___</w:t>
      </w:r>
      <w:r w:rsidRPr="008156EE">
        <w:rPr>
          <w:rFonts w:asciiTheme="majorHAnsi" w:hAnsiTheme="majorHAnsi" w:cstheme="majorHAnsi"/>
        </w:rPr>
        <w:t>_ (nome da instituição),</w:t>
      </w:r>
    </w:p>
    <w:p w14:paraId="4C1760B1" w14:textId="6F05BFC5" w:rsidR="009E2CB8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Theme="majorHAnsi" w:hAnsiTheme="majorHAnsi" w:cstheme="majorHAnsi"/>
        </w:rPr>
        <w:t>n</w:t>
      </w:r>
      <w:r w:rsidR="009E2CB8" w:rsidRPr="008156EE">
        <w:rPr>
          <w:rFonts w:asciiTheme="majorHAnsi" w:hAnsiTheme="majorHAnsi" w:cstheme="majorHAnsi"/>
        </w:rPr>
        <w:t xml:space="preserve">o município </w:t>
      </w:r>
      <w:r w:rsidRPr="008156EE">
        <w:rPr>
          <w:rFonts w:asciiTheme="majorHAnsi" w:hAnsiTheme="majorHAnsi" w:cstheme="majorHAnsi"/>
        </w:rPr>
        <w:t>de ________________</w:t>
      </w:r>
      <w:r w:rsidR="006F690A" w:rsidRPr="008156EE">
        <w:rPr>
          <w:rFonts w:asciiTheme="majorHAnsi" w:hAnsiTheme="majorHAnsi" w:cstheme="majorHAnsi"/>
        </w:rPr>
        <w:t>______________________</w:t>
      </w:r>
      <w:r w:rsidRPr="008156EE">
        <w:rPr>
          <w:rFonts w:asciiTheme="majorHAnsi" w:hAnsiTheme="majorHAnsi" w:cstheme="majorHAnsi"/>
        </w:rPr>
        <w:t>______,</w:t>
      </w:r>
    </w:p>
    <w:p w14:paraId="3D040FF1" w14:textId="77777777" w:rsidR="001420BA" w:rsidRDefault="001420BA" w:rsidP="00606AE9">
      <w:pPr>
        <w:spacing w:after="0" w:line="288" w:lineRule="auto"/>
        <w:rPr>
          <w:rFonts w:asciiTheme="majorHAnsi" w:hAnsiTheme="majorHAnsi" w:cstheme="majorHAnsi"/>
        </w:rPr>
      </w:pPr>
    </w:p>
    <w:p w14:paraId="48866E09" w14:textId="3D31DD50" w:rsidR="00F33D80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Theme="majorHAnsi" w:hAnsiTheme="majorHAnsi" w:cstheme="majorHAnsi"/>
        </w:rPr>
        <w:t>DECLARO</w:t>
      </w:r>
    </w:p>
    <w:p w14:paraId="4D7F897D" w14:textId="12082A7F" w:rsidR="00F33D80" w:rsidRPr="008156EE" w:rsidRDefault="009E2CB8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Theme="majorHAnsi" w:hAnsiTheme="majorHAnsi" w:cstheme="majorHAnsi"/>
        </w:rPr>
        <w:t xml:space="preserve">• </w:t>
      </w:r>
      <w:r w:rsidR="00B12815" w:rsidRPr="008156EE">
        <w:rPr>
          <w:rFonts w:asciiTheme="majorHAnsi" w:hAnsiTheme="majorHAnsi" w:cstheme="majorHAnsi"/>
        </w:rPr>
        <w:t>Que o/a docente ____________________________________________</w:t>
      </w:r>
      <w:r w:rsidR="000E3B39" w:rsidRPr="008156EE">
        <w:rPr>
          <w:rFonts w:asciiTheme="majorHAnsi" w:hAnsiTheme="majorHAnsi" w:cstheme="majorHAnsi"/>
        </w:rPr>
        <w:t xml:space="preserve"> (nome completo)</w:t>
      </w:r>
      <w:r w:rsidR="00B12815" w:rsidRPr="008156EE">
        <w:rPr>
          <w:rFonts w:asciiTheme="majorHAnsi" w:hAnsiTheme="majorHAnsi" w:cstheme="majorHAnsi"/>
        </w:rPr>
        <w:t>,</w:t>
      </w:r>
    </w:p>
    <w:p w14:paraId="30CA6E68" w14:textId="2A708610" w:rsidR="00F33D80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Theme="majorHAnsi" w:hAnsiTheme="majorHAnsi" w:cstheme="majorHAnsi"/>
        </w:rPr>
        <w:t>portador(a) d</w:t>
      </w:r>
      <w:r w:rsidR="008856D2" w:rsidRPr="008156EE">
        <w:rPr>
          <w:rFonts w:asciiTheme="majorHAnsi" w:hAnsiTheme="majorHAnsi" w:cstheme="majorHAnsi"/>
        </w:rPr>
        <w:t>e</w:t>
      </w:r>
      <w:r w:rsidRPr="008156EE">
        <w:rPr>
          <w:rFonts w:asciiTheme="majorHAnsi" w:hAnsiTheme="majorHAnsi" w:cstheme="majorHAnsi"/>
        </w:rPr>
        <w:t xml:space="preserve"> CPF</w:t>
      </w:r>
      <w:r w:rsidR="000E3B39" w:rsidRPr="008156EE">
        <w:rPr>
          <w:rFonts w:asciiTheme="majorHAnsi" w:hAnsiTheme="majorHAnsi" w:cstheme="majorHAnsi"/>
        </w:rPr>
        <w:t xml:space="preserve"> n.º</w:t>
      </w:r>
      <w:r w:rsidRPr="008156EE">
        <w:rPr>
          <w:rFonts w:asciiTheme="majorHAnsi" w:hAnsiTheme="majorHAnsi" w:cstheme="majorHAnsi"/>
        </w:rPr>
        <w:t xml:space="preserve"> ______________________,</w:t>
      </w:r>
    </w:p>
    <w:p w14:paraId="28B118F7" w14:textId="48143FC0" w:rsidR="009E2CB8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Theme="majorHAnsi" w:hAnsiTheme="majorHAnsi" w:cstheme="majorHAnsi"/>
        </w:rPr>
        <w:t xml:space="preserve">atualmente leciona </w:t>
      </w:r>
      <w:r w:rsidR="009E2CB8" w:rsidRPr="008156EE">
        <w:rPr>
          <w:rFonts w:asciiTheme="majorHAnsi" w:hAnsiTheme="majorHAnsi" w:cstheme="majorHAnsi"/>
        </w:rPr>
        <w:t xml:space="preserve">na escola / unidade </w:t>
      </w:r>
      <w:r w:rsidRPr="008156EE">
        <w:rPr>
          <w:rFonts w:asciiTheme="majorHAnsi" w:hAnsiTheme="majorHAnsi" w:cstheme="majorHAnsi"/>
        </w:rPr>
        <w:t xml:space="preserve"> ________________________________</w:t>
      </w:r>
      <w:r w:rsidR="000E3B39" w:rsidRPr="008156EE">
        <w:rPr>
          <w:rFonts w:asciiTheme="majorHAnsi" w:hAnsiTheme="majorHAnsi" w:cstheme="majorHAnsi"/>
        </w:rPr>
        <w:t xml:space="preserve"> (nome da escola)</w:t>
      </w:r>
    </w:p>
    <w:p w14:paraId="5059F1D7" w14:textId="77777777" w:rsidR="009E2CB8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Theme="majorHAnsi" w:hAnsiTheme="majorHAnsi" w:cstheme="majorHAnsi"/>
        </w:rPr>
        <w:t>do Estado de ________________________</w:t>
      </w:r>
    </w:p>
    <w:p w14:paraId="77051E36" w14:textId="5A1E42BF" w:rsidR="009E2CB8" w:rsidRPr="008156EE" w:rsidRDefault="00B12815" w:rsidP="00606AE9">
      <w:pPr>
        <w:spacing w:after="0" w:line="288" w:lineRule="auto"/>
        <w:rPr>
          <w:rFonts w:asciiTheme="majorHAnsi" w:hAnsiTheme="majorHAnsi" w:cstheme="majorHAnsi"/>
          <w:b/>
          <w:bCs/>
        </w:rPr>
      </w:pPr>
      <w:r w:rsidRPr="008156EE">
        <w:rPr>
          <w:rFonts w:asciiTheme="majorHAnsi" w:hAnsiTheme="majorHAnsi" w:cstheme="majorHAnsi"/>
        </w:rPr>
        <w:t>a disciplina</w:t>
      </w:r>
      <w:r w:rsidR="009E2CB8" w:rsidRPr="008156EE">
        <w:rPr>
          <w:rFonts w:asciiTheme="majorHAnsi" w:hAnsiTheme="majorHAnsi" w:cstheme="majorHAnsi"/>
        </w:rPr>
        <w:t xml:space="preserve"> </w:t>
      </w:r>
      <w:r w:rsidRPr="008156EE">
        <w:rPr>
          <w:rFonts w:asciiTheme="majorHAnsi" w:hAnsiTheme="majorHAnsi" w:cstheme="majorHAnsi"/>
        </w:rPr>
        <w:t>__________________________________________</w:t>
      </w:r>
    </w:p>
    <w:p w14:paraId="37AA8D1F" w14:textId="037E8FDF" w:rsidR="009E2CB8" w:rsidRPr="008156EE" w:rsidRDefault="009E2CB8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Theme="majorHAnsi" w:hAnsiTheme="majorHAnsi" w:cstheme="majorHAnsi"/>
        </w:rPr>
        <w:t>na etapa</w:t>
      </w:r>
      <w:r w:rsidR="000E3B39" w:rsidRPr="008156EE">
        <w:rPr>
          <w:rFonts w:asciiTheme="majorHAnsi" w:hAnsiTheme="majorHAnsi" w:cstheme="majorHAnsi"/>
        </w:rPr>
        <w:t xml:space="preserve"> educativa de</w:t>
      </w:r>
      <w:r w:rsidRPr="008156EE">
        <w:rPr>
          <w:rFonts w:asciiTheme="majorHAnsi" w:hAnsiTheme="majorHAnsi" w:cstheme="majorHAnsi"/>
        </w:rPr>
        <w:t xml:space="preserve"> _____________________</w:t>
      </w:r>
      <w:r w:rsidR="000E3B39" w:rsidRPr="008156EE">
        <w:rPr>
          <w:rFonts w:asciiTheme="majorHAnsi" w:hAnsiTheme="majorHAnsi" w:cstheme="majorHAnsi"/>
        </w:rPr>
        <w:t>_______ (EF I, EF II, EM</w:t>
      </w:r>
      <w:r w:rsidR="008B3001">
        <w:rPr>
          <w:rFonts w:asciiTheme="majorHAnsi" w:hAnsiTheme="majorHAnsi" w:cstheme="majorHAnsi"/>
        </w:rPr>
        <w:t>, EJA</w:t>
      </w:r>
      <w:r w:rsidR="00C165AE">
        <w:rPr>
          <w:rFonts w:asciiTheme="majorHAnsi" w:hAnsiTheme="majorHAnsi" w:cstheme="majorHAnsi"/>
        </w:rPr>
        <w:t>, ensino técnico</w:t>
      </w:r>
      <w:r w:rsidR="000E3B39" w:rsidRPr="008156EE">
        <w:rPr>
          <w:rFonts w:asciiTheme="majorHAnsi" w:hAnsiTheme="majorHAnsi" w:cstheme="majorHAnsi"/>
        </w:rPr>
        <w:t>)</w:t>
      </w:r>
    </w:p>
    <w:p w14:paraId="2EBB0BC9" w14:textId="739F402F" w:rsidR="0082645B" w:rsidRPr="008156EE" w:rsidRDefault="0082645B" w:rsidP="00606AE9">
      <w:pPr>
        <w:spacing w:after="0" w:line="288" w:lineRule="auto"/>
        <w:rPr>
          <w:rStyle w:val="Fuerte"/>
          <w:rFonts w:asciiTheme="majorHAnsi" w:hAnsiTheme="majorHAnsi" w:cstheme="majorHAnsi"/>
          <w:b w:val="0"/>
          <w:bCs w:val="0"/>
        </w:rPr>
      </w:pPr>
      <w:r w:rsidRPr="008156EE">
        <w:rPr>
          <w:rStyle w:val="Fuerte"/>
          <w:rFonts w:asciiTheme="majorHAnsi" w:hAnsiTheme="majorHAnsi" w:cstheme="majorHAnsi"/>
          <w:b w:val="0"/>
          <w:bCs w:val="0"/>
        </w:rPr>
        <w:t>e possui __________</w:t>
      </w:r>
      <w:r w:rsidR="009E2CB8" w:rsidRPr="008156EE">
        <w:rPr>
          <w:rStyle w:val="Fuerte"/>
          <w:rFonts w:asciiTheme="majorHAnsi" w:hAnsiTheme="majorHAnsi" w:cstheme="majorHAnsi"/>
          <w:b w:val="0"/>
          <w:bCs w:val="0"/>
        </w:rPr>
        <w:t>____________</w:t>
      </w:r>
      <w:r w:rsidRPr="008156EE">
        <w:rPr>
          <w:rStyle w:val="Fuerte"/>
          <w:rFonts w:asciiTheme="majorHAnsi" w:hAnsiTheme="majorHAnsi" w:cstheme="majorHAnsi"/>
          <w:b w:val="0"/>
          <w:bCs w:val="0"/>
        </w:rPr>
        <w:t>___ anos de antiguidade na carreira.</w:t>
      </w:r>
    </w:p>
    <w:p w14:paraId="59620988" w14:textId="77777777" w:rsidR="001420BA" w:rsidRDefault="001420BA" w:rsidP="00606AE9">
      <w:pPr>
        <w:spacing w:after="0" w:line="288" w:lineRule="auto"/>
        <w:rPr>
          <w:rFonts w:asciiTheme="majorHAnsi" w:hAnsiTheme="majorHAnsi" w:cstheme="majorHAnsi"/>
        </w:rPr>
      </w:pPr>
    </w:p>
    <w:p w14:paraId="4DEFAFF5" w14:textId="07FCD411" w:rsidR="00F33D80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Theme="majorHAnsi" w:hAnsiTheme="majorHAnsi" w:cstheme="majorHAnsi"/>
        </w:rPr>
        <w:t xml:space="preserve">• Que, </w:t>
      </w:r>
      <w:r w:rsidR="000C1BBE" w:rsidRPr="008156EE">
        <w:rPr>
          <w:rFonts w:asciiTheme="majorHAnsi" w:hAnsiTheme="majorHAnsi" w:cstheme="majorHAnsi"/>
        </w:rPr>
        <w:t>uma vez finalizada a formação de</w:t>
      </w:r>
      <w:r w:rsidR="00756E28" w:rsidRPr="008156EE">
        <w:rPr>
          <w:rFonts w:asciiTheme="majorHAnsi" w:hAnsiTheme="majorHAnsi" w:cstheme="majorHAnsi"/>
        </w:rPr>
        <w:t xml:space="preserve"> 3</w:t>
      </w:r>
      <w:r w:rsidR="000C1BBE" w:rsidRPr="008156EE">
        <w:rPr>
          <w:rFonts w:asciiTheme="majorHAnsi" w:hAnsiTheme="majorHAnsi" w:cstheme="majorHAnsi"/>
        </w:rPr>
        <w:t xml:space="preserve"> </w:t>
      </w:r>
      <w:r w:rsidR="00756E28" w:rsidRPr="008156EE">
        <w:rPr>
          <w:rFonts w:asciiTheme="majorHAnsi" w:hAnsiTheme="majorHAnsi" w:cstheme="majorHAnsi"/>
        </w:rPr>
        <w:t>(</w:t>
      </w:r>
      <w:r w:rsidR="000C1BBE" w:rsidRPr="008156EE">
        <w:rPr>
          <w:rFonts w:asciiTheme="majorHAnsi" w:hAnsiTheme="majorHAnsi" w:cstheme="majorHAnsi"/>
        </w:rPr>
        <w:t>três</w:t>
      </w:r>
      <w:r w:rsidR="00756E28" w:rsidRPr="008156EE">
        <w:rPr>
          <w:rFonts w:asciiTheme="majorHAnsi" w:hAnsiTheme="majorHAnsi" w:cstheme="majorHAnsi"/>
        </w:rPr>
        <w:t>)</w:t>
      </w:r>
      <w:r w:rsidR="000C1BBE" w:rsidRPr="008156EE">
        <w:rPr>
          <w:rFonts w:asciiTheme="majorHAnsi" w:hAnsiTheme="majorHAnsi" w:cstheme="majorHAnsi"/>
        </w:rPr>
        <w:t xml:space="preserve"> anos em língua espanhola, </w:t>
      </w:r>
      <w:r w:rsidR="009E2CB8" w:rsidRPr="008156EE">
        <w:rPr>
          <w:rFonts w:asciiTheme="majorHAnsi" w:hAnsiTheme="majorHAnsi" w:cstheme="majorHAnsi"/>
        </w:rPr>
        <w:t>durante</w:t>
      </w:r>
      <w:r w:rsidRPr="008156EE">
        <w:rPr>
          <w:rFonts w:asciiTheme="majorHAnsi" w:hAnsiTheme="majorHAnsi" w:cstheme="majorHAnsi"/>
        </w:rPr>
        <w:t xml:space="preserve"> um período de</w:t>
      </w:r>
      <w:r w:rsidR="009E2CB8" w:rsidRPr="008156EE">
        <w:rPr>
          <w:rFonts w:asciiTheme="majorHAnsi" w:hAnsiTheme="majorHAnsi" w:cstheme="majorHAnsi"/>
        </w:rPr>
        <w:t xml:space="preserve"> </w:t>
      </w:r>
      <w:r w:rsidR="00756E28" w:rsidRPr="008156EE">
        <w:rPr>
          <w:rFonts w:asciiTheme="majorHAnsi" w:hAnsiTheme="majorHAnsi" w:cstheme="majorHAnsi"/>
        </w:rPr>
        <w:t>5 (</w:t>
      </w:r>
      <w:r w:rsidR="009E2CB8" w:rsidRPr="008156EE">
        <w:rPr>
          <w:rFonts w:asciiTheme="majorHAnsi" w:hAnsiTheme="majorHAnsi" w:cstheme="majorHAnsi"/>
        </w:rPr>
        <w:t>cinco</w:t>
      </w:r>
      <w:r w:rsidR="00756E28" w:rsidRPr="008156EE">
        <w:rPr>
          <w:rFonts w:asciiTheme="majorHAnsi" w:hAnsiTheme="majorHAnsi" w:cstheme="majorHAnsi"/>
        </w:rPr>
        <w:t>)</w:t>
      </w:r>
      <w:r w:rsidRPr="008156EE">
        <w:rPr>
          <w:rFonts w:asciiTheme="majorHAnsi" w:hAnsiTheme="majorHAnsi" w:cstheme="majorHAnsi"/>
        </w:rPr>
        <w:t xml:space="preserve"> anos, </w:t>
      </w:r>
      <w:r w:rsidR="009E2CB8" w:rsidRPr="008156EE">
        <w:rPr>
          <w:rFonts w:asciiTheme="majorHAnsi" w:hAnsiTheme="majorHAnsi" w:cstheme="majorHAnsi"/>
        </w:rPr>
        <w:t>a escola ou unidade</w:t>
      </w:r>
      <w:r w:rsidRPr="008156EE">
        <w:rPr>
          <w:rFonts w:asciiTheme="majorHAnsi" w:hAnsiTheme="majorHAnsi" w:cstheme="majorHAnsi"/>
        </w:rPr>
        <w:t xml:space="preserve"> n</w:t>
      </w:r>
      <w:r w:rsidR="009E2CB8" w:rsidRPr="008156EE">
        <w:rPr>
          <w:rFonts w:asciiTheme="majorHAnsi" w:hAnsiTheme="majorHAnsi" w:cstheme="majorHAnsi"/>
        </w:rPr>
        <w:t>a</w:t>
      </w:r>
      <w:r w:rsidRPr="008156EE">
        <w:rPr>
          <w:rFonts w:asciiTheme="majorHAnsi" w:hAnsiTheme="majorHAnsi" w:cstheme="majorHAnsi"/>
        </w:rPr>
        <w:t xml:space="preserve"> qual</w:t>
      </w:r>
      <w:r w:rsidR="009E2CB8" w:rsidRPr="008156EE">
        <w:rPr>
          <w:rFonts w:asciiTheme="majorHAnsi" w:hAnsiTheme="majorHAnsi" w:cstheme="majorHAnsi"/>
        </w:rPr>
        <w:t xml:space="preserve"> o docente</w:t>
      </w:r>
      <w:r w:rsidRPr="008156EE">
        <w:rPr>
          <w:rFonts w:asciiTheme="majorHAnsi" w:hAnsiTheme="majorHAnsi" w:cstheme="majorHAnsi"/>
        </w:rPr>
        <w:t xml:space="preserve"> leciona </w:t>
      </w:r>
      <w:r w:rsidR="000E3B39" w:rsidRPr="008156EE">
        <w:rPr>
          <w:rFonts w:asciiTheme="majorHAnsi" w:hAnsiTheme="majorHAnsi" w:cstheme="majorHAnsi"/>
        </w:rPr>
        <w:t>se compromete</w:t>
      </w:r>
      <w:r w:rsidR="009E2CB8" w:rsidRPr="008156EE">
        <w:rPr>
          <w:rFonts w:asciiTheme="majorHAnsi" w:hAnsiTheme="majorHAnsi" w:cstheme="majorHAnsi"/>
        </w:rPr>
        <w:t xml:space="preserve"> a</w:t>
      </w:r>
      <w:r w:rsidR="000C1BBE" w:rsidRPr="008156EE">
        <w:rPr>
          <w:rFonts w:asciiTheme="majorHAnsi" w:hAnsiTheme="majorHAnsi" w:cstheme="majorHAnsi"/>
        </w:rPr>
        <w:t xml:space="preserve"> </w:t>
      </w:r>
      <w:r w:rsidRPr="008156EE">
        <w:rPr>
          <w:rFonts w:asciiTheme="majorHAnsi" w:hAnsiTheme="majorHAnsi" w:cstheme="majorHAnsi"/>
        </w:rPr>
        <w:t>oferecer ou ampliar a seguinte oferta educativa (marque a opção correspondente):</w:t>
      </w:r>
    </w:p>
    <w:p w14:paraId="51E329AC" w14:textId="211497ED" w:rsidR="00F33D80" w:rsidRPr="008156EE" w:rsidRDefault="001420BA" w:rsidP="00606AE9">
      <w:pPr>
        <w:spacing w:after="0" w:line="288" w:lineRule="auto"/>
        <w:rPr>
          <w:rFonts w:asciiTheme="majorHAnsi" w:hAnsiTheme="majorHAnsi" w:cstheme="majorHAnsi"/>
        </w:rPr>
      </w:pPr>
      <w:r>
        <w:rPr>
          <w:rFonts w:ascii="Segoe UI Symbol" w:hAnsi="Segoe UI Symbol" w:cs="Segoe UI Symbol"/>
        </w:rPr>
        <w:tab/>
      </w:r>
      <w:r w:rsidR="00B12815" w:rsidRPr="008156EE">
        <w:rPr>
          <w:rFonts w:ascii="Segoe UI Symbol" w:hAnsi="Segoe UI Symbol" w:cs="Segoe UI Symbol"/>
        </w:rPr>
        <w:t>☐</w:t>
      </w:r>
      <w:r w:rsidR="00B12815" w:rsidRPr="008156EE">
        <w:rPr>
          <w:rFonts w:asciiTheme="majorHAnsi" w:hAnsiTheme="majorHAnsi" w:cstheme="majorHAnsi"/>
        </w:rPr>
        <w:t xml:space="preserve"> Disciplinas não linguísticas ministradas em espanhol</w:t>
      </w:r>
    </w:p>
    <w:p w14:paraId="1ADC7464" w14:textId="275ED305" w:rsidR="000E3B39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Theme="majorHAnsi" w:hAnsiTheme="majorHAnsi" w:cstheme="majorHAnsi"/>
        </w:rPr>
        <w:t xml:space="preserve">A </w:t>
      </w:r>
      <w:r w:rsidR="000C1BBE" w:rsidRPr="008156EE">
        <w:rPr>
          <w:rFonts w:asciiTheme="majorHAnsi" w:hAnsiTheme="majorHAnsi" w:cstheme="majorHAnsi"/>
        </w:rPr>
        <w:t xml:space="preserve">nova </w:t>
      </w:r>
      <w:r w:rsidRPr="008156EE">
        <w:rPr>
          <w:rFonts w:asciiTheme="majorHAnsi" w:hAnsiTheme="majorHAnsi" w:cstheme="majorHAnsi"/>
        </w:rPr>
        <w:t>oferta será dirigida a (indicar número): ______ turmas.</w:t>
      </w:r>
    </w:p>
    <w:p w14:paraId="16923CA1" w14:textId="5538FAA9" w:rsidR="1BFF6759" w:rsidRPr="008156EE" w:rsidRDefault="1BFF6759" w:rsidP="1BFF6759">
      <w:pPr>
        <w:spacing w:after="0" w:line="288" w:lineRule="auto"/>
        <w:rPr>
          <w:rFonts w:asciiTheme="majorHAnsi" w:hAnsiTheme="majorHAnsi" w:cstheme="majorHAnsi"/>
        </w:rPr>
      </w:pPr>
    </w:p>
    <w:p w14:paraId="3C2FA199" w14:textId="7161DB91" w:rsidR="00F33D80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Theme="majorHAnsi" w:hAnsiTheme="majorHAnsi" w:cstheme="majorHAnsi"/>
        </w:rPr>
        <w:t xml:space="preserve">• </w:t>
      </w:r>
      <w:r w:rsidR="000E3B39" w:rsidRPr="008156EE">
        <w:rPr>
          <w:rFonts w:asciiTheme="majorHAnsi" w:hAnsiTheme="majorHAnsi" w:cstheme="majorHAnsi"/>
        </w:rPr>
        <w:t>E</w:t>
      </w:r>
      <w:r w:rsidRPr="008156EE">
        <w:rPr>
          <w:rFonts w:asciiTheme="majorHAnsi" w:hAnsiTheme="majorHAnsi" w:cstheme="majorHAnsi"/>
        </w:rPr>
        <w:t xml:space="preserve">m relação ao(à) </w:t>
      </w:r>
      <w:r w:rsidR="000C1BBE" w:rsidRPr="008156EE">
        <w:rPr>
          <w:rFonts w:asciiTheme="majorHAnsi" w:hAnsiTheme="majorHAnsi" w:cstheme="majorHAnsi"/>
        </w:rPr>
        <w:t>docente</w:t>
      </w:r>
      <w:r w:rsidRPr="008156EE">
        <w:rPr>
          <w:rFonts w:asciiTheme="majorHAnsi" w:hAnsiTheme="majorHAnsi" w:cstheme="majorHAnsi"/>
        </w:rPr>
        <w:t xml:space="preserve"> acima mencionado(a),</w:t>
      </w:r>
    </w:p>
    <w:p w14:paraId="0A5730F1" w14:textId="363BC50A" w:rsidR="00F33D80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Theme="majorHAnsi" w:hAnsiTheme="majorHAnsi" w:cstheme="majorHAnsi"/>
        </w:rPr>
        <w:t>___</w:t>
      </w:r>
      <w:r w:rsidR="000E3B39" w:rsidRPr="008156EE">
        <w:rPr>
          <w:rFonts w:asciiTheme="majorHAnsi" w:hAnsiTheme="majorHAnsi" w:cstheme="majorHAnsi"/>
        </w:rPr>
        <w:t>____________</w:t>
      </w:r>
      <w:r w:rsidRPr="008156EE">
        <w:rPr>
          <w:rFonts w:asciiTheme="majorHAnsi" w:hAnsiTheme="majorHAnsi" w:cstheme="majorHAnsi"/>
        </w:rPr>
        <w:t>_______________________ (nome da instituição) SE COMPROMETE a:</w:t>
      </w:r>
    </w:p>
    <w:p w14:paraId="0AED761A" w14:textId="23AB6702" w:rsidR="00F33D80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="Segoe UI Symbol" w:hAnsi="Segoe UI Symbol" w:cs="Segoe UI Symbol"/>
        </w:rPr>
        <w:t>☐</w:t>
      </w:r>
      <w:r w:rsidRPr="008156EE">
        <w:rPr>
          <w:rFonts w:asciiTheme="majorHAnsi" w:hAnsiTheme="majorHAnsi" w:cstheme="majorHAnsi"/>
        </w:rPr>
        <w:t xml:space="preserve"> Facilitar a participação nas atividades</w:t>
      </w:r>
      <w:r w:rsidR="00251DAC" w:rsidRPr="008156EE">
        <w:rPr>
          <w:rFonts w:asciiTheme="majorHAnsi" w:hAnsiTheme="majorHAnsi" w:cstheme="majorHAnsi"/>
        </w:rPr>
        <w:t xml:space="preserve"> formativas</w:t>
      </w:r>
      <w:r w:rsidRPr="008156EE">
        <w:rPr>
          <w:rFonts w:asciiTheme="majorHAnsi" w:hAnsiTheme="majorHAnsi" w:cstheme="majorHAnsi"/>
        </w:rPr>
        <w:t xml:space="preserve"> do programa Europrof Brasil</w:t>
      </w:r>
      <w:r w:rsidR="000E3B39" w:rsidRPr="008156EE">
        <w:rPr>
          <w:rFonts w:asciiTheme="majorHAnsi" w:hAnsiTheme="majorHAnsi" w:cstheme="majorHAnsi"/>
        </w:rPr>
        <w:t>;</w:t>
      </w:r>
    </w:p>
    <w:p w14:paraId="52D87CFD" w14:textId="5E9BE690" w:rsidR="00F33D80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="Segoe UI Symbol" w:hAnsi="Segoe UI Symbol" w:cs="Segoe UI Symbol"/>
        </w:rPr>
        <w:t>☐</w:t>
      </w:r>
      <w:r w:rsidRPr="008156EE">
        <w:rPr>
          <w:rFonts w:asciiTheme="majorHAnsi" w:hAnsiTheme="majorHAnsi" w:cstheme="majorHAnsi"/>
        </w:rPr>
        <w:t xml:space="preserve"> Liberar o horário do(a) docente para participação na formação</w:t>
      </w:r>
      <w:r w:rsidR="000E3B39" w:rsidRPr="008156EE">
        <w:rPr>
          <w:rFonts w:asciiTheme="majorHAnsi" w:hAnsiTheme="majorHAnsi" w:cstheme="majorHAnsi"/>
        </w:rPr>
        <w:t>;</w:t>
      </w:r>
    </w:p>
    <w:p w14:paraId="563FE2EE" w14:textId="1DA3E42B" w:rsidR="00F33D80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="Segoe UI Symbol" w:hAnsi="Segoe UI Symbol" w:cs="Segoe UI Symbol"/>
        </w:rPr>
        <w:t>☐</w:t>
      </w:r>
      <w:r w:rsidRPr="008156EE">
        <w:rPr>
          <w:rFonts w:asciiTheme="majorHAnsi" w:hAnsiTheme="majorHAnsi" w:cstheme="majorHAnsi"/>
        </w:rPr>
        <w:t xml:space="preserve"> </w:t>
      </w:r>
      <w:r w:rsidR="00D836F9" w:rsidRPr="008156EE">
        <w:rPr>
          <w:rFonts w:asciiTheme="majorHAnsi" w:hAnsiTheme="majorHAnsi" w:cstheme="majorHAnsi"/>
        </w:rPr>
        <w:t>Proporcionar meios ou recursos para</w:t>
      </w:r>
      <w:r w:rsidRPr="008156EE">
        <w:rPr>
          <w:rFonts w:asciiTheme="majorHAnsi" w:hAnsiTheme="majorHAnsi" w:cstheme="majorHAnsi"/>
        </w:rPr>
        <w:t xml:space="preserve"> o deslocamento e/ou diárias, se necessário</w:t>
      </w:r>
      <w:r w:rsidR="000E3B39" w:rsidRPr="008156EE">
        <w:rPr>
          <w:rFonts w:asciiTheme="majorHAnsi" w:hAnsiTheme="majorHAnsi" w:cstheme="majorHAnsi"/>
        </w:rPr>
        <w:t>;</w:t>
      </w:r>
    </w:p>
    <w:p w14:paraId="30F94EA3" w14:textId="168DAC91" w:rsidR="00F33D80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="Segoe UI Symbol" w:hAnsi="Segoe UI Symbol" w:cs="Segoe UI Symbol"/>
        </w:rPr>
        <w:t>☐</w:t>
      </w:r>
      <w:r w:rsidRPr="008156EE">
        <w:rPr>
          <w:rFonts w:asciiTheme="majorHAnsi" w:hAnsiTheme="majorHAnsi" w:cstheme="majorHAnsi"/>
        </w:rPr>
        <w:t xml:space="preserve"> Emitir um certificado que habilite o(a) docente a ministrar sua disciplina em espanhol, uma vez que tenha concluído satisfatoriamente toda a formação</w:t>
      </w:r>
      <w:r w:rsidR="000C1BBE" w:rsidRPr="008156EE">
        <w:rPr>
          <w:rFonts w:asciiTheme="majorHAnsi" w:hAnsiTheme="majorHAnsi" w:cstheme="majorHAnsi"/>
        </w:rPr>
        <w:t>;</w:t>
      </w:r>
    </w:p>
    <w:p w14:paraId="339F51A9" w14:textId="401317CD" w:rsidR="000C1BBE" w:rsidRPr="008156EE" w:rsidRDefault="000C1BBE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="Segoe UI Symbol" w:hAnsi="Segoe UI Symbol" w:cs="Segoe UI Symbol"/>
        </w:rPr>
        <w:t>☐</w:t>
      </w:r>
      <w:r w:rsidRPr="008156EE">
        <w:rPr>
          <w:rFonts w:asciiTheme="majorHAnsi" w:hAnsiTheme="majorHAnsi" w:cstheme="majorHAnsi"/>
        </w:rPr>
        <w:t xml:space="preserve"> Atribuir</w:t>
      </w:r>
      <w:r w:rsidR="00295371" w:rsidRPr="008156EE">
        <w:rPr>
          <w:rFonts w:asciiTheme="majorHAnsi" w:hAnsiTheme="majorHAnsi" w:cstheme="majorHAnsi"/>
        </w:rPr>
        <w:t>, à finalização da formação,</w:t>
      </w:r>
      <w:r w:rsidRPr="008156EE">
        <w:rPr>
          <w:rFonts w:asciiTheme="majorHAnsi" w:hAnsiTheme="majorHAnsi" w:cstheme="majorHAnsi"/>
        </w:rPr>
        <w:t xml:space="preserve"> </w:t>
      </w:r>
      <w:r w:rsidR="00F650DA" w:rsidRPr="008156EE">
        <w:rPr>
          <w:rFonts w:asciiTheme="majorHAnsi" w:hAnsiTheme="majorHAnsi" w:cstheme="majorHAnsi"/>
        </w:rPr>
        <w:t xml:space="preserve">carga horária </w:t>
      </w:r>
      <w:r w:rsidRPr="008156EE">
        <w:rPr>
          <w:rFonts w:asciiTheme="majorHAnsi" w:hAnsiTheme="majorHAnsi" w:cstheme="majorHAnsi"/>
        </w:rPr>
        <w:t xml:space="preserve">para que </w:t>
      </w:r>
      <w:r w:rsidR="00F650DA" w:rsidRPr="008156EE">
        <w:rPr>
          <w:rFonts w:asciiTheme="majorHAnsi" w:hAnsiTheme="majorHAnsi" w:cstheme="majorHAnsi"/>
        </w:rPr>
        <w:t>su</w:t>
      </w:r>
      <w:r w:rsidRPr="008156EE">
        <w:rPr>
          <w:rFonts w:asciiTheme="majorHAnsi" w:hAnsiTheme="majorHAnsi" w:cstheme="majorHAnsi"/>
        </w:rPr>
        <w:t>a disciplina seja ministrada em espanhol.</w:t>
      </w:r>
    </w:p>
    <w:p w14:paraId="674A7E55" w14:textId="77777777" w:rsidR="00F33D80" w:rsidRPr="008156EE" w:rsidRDefault="00F33D80" w:rsidP="00606AE9">
      <w:pPr>
        <w:spacing w:after="0" w:line="288" w:lineRule="auto"/>
        <w:rPr>
          <w:rFonts w:asciiTheme="majorHAnsi" w:hAnsiTheme="majorHAnsi" w:cstheme="majorHAnsi"/>
        </w:rPr>
      </w:pPr>
    </w:p>
    <w:p w14:paraId="5C099BB1" w14:textId="4CD31A8E" w:rsidR="00F33D80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Theme="majorHAnsi" w:hAnsiTheme="majorHAnsi" w:cstheme="majorHAnsi"/>
        </w:rPr>
        <w:t xml:space="preserve">Declaro o acima exposto </w:t>
      </w:r>
      <w:r w:rsidR="000C1BBE" w:rsidRPr="008156EE">
        <w:rPr>
          <w:rFonts w:asciiTheme="majorHAnsi" w:hAnsiTheme="majorHAnsi" w:cstheme="majorHAnsi"/>
        </w:rPr>
        <w:t>em</w:t>
      </w:r>
      <w:r w:rsidRPr="008156EE">
        <w:rPr>
          <w:rFonts w:asciiTheme="majorHAnsi" w:hAnsiTheme="majorHAnsi" w:cstheme="majorHAnsi"/>
        </w:rPr>
        <w:t xml:space="preserve"> ______________________,</w:t>
      </w:r>
      <w:r w:rsidR="000C1BBE" w:rsidRPr="008156EE">
        <w:rPr>
          <w:rFonts w:asciiTheme="majorHAnsi" w:hAnsiTheme="majorHAnsi" w:cstheme="majorHAnsi"/>
        </w:rPr>
        <w:t xml:space="preserve"> </w:t>
      </w:r>
      <w:r w:rsidRPr="008156EE">
        <w:rPr>
          <w:rFonts w:asciiTheme="majorHAnsi" w:hAnsiTheme="majorHAnsi" w:cstheme="majorHAnsi"/>
        </w:rPr>
        <w:t xml:space="preserve">no dia ______ de __________________ de </w:t>
      </w:r>
      <w:r w:rsidR="000C1BBE" w:rsidRPr="008156EE">
        <w:rPr>
          <w:rFonts w:asciiTheme="majorHAnsi" w:hAnsiTheme="majorHAnsi" w:cstheme="majorHAnsi"/>
        </w:rPr>
        <w:t>202__</w:t>
      </w:r>
      <w:r w:rsidRPr="008156EE">
        <w:rPr>
          <w:rFonts w:asciiTheme="majorHAnsi" w:hAnsiTheme="majorHAnsi" w:cstheme="majorHAnsi"/>
        </w:rPr>
        <w:t>.</w:t>
      </w:r>
    </w:p>
    <w:p w14:paraId="77A6C9BC" w14:textId="77777777" w:rsidR="00F33D80" w:rsidRPr="008156EE" w:rsidRDefault="00F33D80" w:rsidP="00606AE9">
      <w:pPr>
        <w:spacing w:after="0" w:line="288" w:lineRule="auto"/>
        <w:rPr>
          <w:rFonts w:asciiTheme="majorHAnsi" w:hAnsiTheme="majorHAnsi" w:cstheme="majorHAnsi"/>
        </w:rPr>
      </w:pPr>
    </w:p>
    <w:p w14:paraId="54963BD7" w14:textId="77777777" w:rsidR="00F33D80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Theme="majorHAnsi" w:hAnsiTheme="majorHAnsi" w:cstheme="majorHAnsi"/>
        </w:rPr>
        <w:t>Assinatura: ______________________________</w:t>
      </w:r>
    </w:p>
    <w:p w14:paraId="22827B67" w14:textId="77777777" w:rsidR="00F33D80" w:rsidRPr="008156EE" w:rsidRDefault="00F33D80" w:rsidP="00606AE9">
      <w:pPr>
        <w:spacing w:after="0" w:line="288" w:lineRule="auto"/>
        <w:rPr>
          <w:rFonts w:asciiTheme="majorHAnsi" w:hAnsiTheme="majorHAnsi" w:cstheme="majorHAnsi"/>
        </w:rPr>
      </w:pPr>
    </w:p>
    <w:p w14:paraId="22DDA154" w14:textId="77777777" w:rsidR="00F33D80" w:rsidRPr="008156EE" w:rsidRDefault="00B12815" w:rsidP="00606AE9">
      <w:pPr>
        <w:spacing w:after="0" w:line="288" w:lineRule="auto"/>
        <w:rPr>
          <w:rFonts w:asciiTheme="majorHAnsi" w:hAnsiTheme="majorHAnsi" w:cstheme="majorHAnsi"/>
        </w:rPr>
      </w:pPr>
      <w:r w:rsidRPr="008156EE">
        <w:rPr>
          <w:rFonts w:asciiTheme="majorHAnsi" w:hAnsiTheme="majorHAnsi" w:cstheme="majorHAnsi"/>
        </w:rPr>
        <w:t>Carimbo da instituição:</w:t>
      </w:r>
    </w:p>
    <w:sectPr w:rsidR="00F33D80" w:rsidRPr="008156EE" w:rsidSect="00765B45">
      <w:head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AD4D8" w14:textId="77777777" w:rsidR="00425BD5" w:rsidRDefault="00425BD5" w:rsidP="00CD3C79">
      <w:pPr>
        <w:spacing w:after="0" w:line="240" w:lineRule="auto"/>
      </w:pPr>
      <w:r>
        <w:separator/>
      </w:r>
    </w:p>
  </w:endnote>
  <w:endnote w:type="continuationSeparator" w:id="0">
    <w:p w14:paraId="2E28C793" w14:textId="77777777" w:rsidR="00425BD5" w:rsidRDefault="00425BD5" w:rsidP="00CD3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D4EE3" w14:textId="77777777" w:rsidR="00425BD5" w:rsidRDefault="00425BD5" w:rsidP="00CD3C79">
      <w:pPr>
        <w:spacing w:after="0" w:line="240" w:lineRule="auto"/>
      </w:pPr>
      <w:r>
        <w:separator/>
      </w:r>
    </w:p>
  </w:footnote>
  <w:footnote w:type="continuationSeparator" w:id="0">
    <w:p w14:paraId="774F23AD" w14:textId="77777777" w:rsidR="00425BD5" w:rsidRDefault="00425BD5" w:rsidP="00CD3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48624" w14:textId="019ED8E0" w:rsidR="00CD3C79" w:rsidRDefault="00CD3C79" w:rsidP="00CD3C79">
    <w:pPr>
      <w:pStyle w:val="Encabezado"/>
      <w:jc w:val="right"/>
    </w:pPr>
    <w:r>
      <w:rPr>
        <w:noProof/>
      </w:rPr>
      <w:drawing>
        <wp:inline distT="0" distB="0" distL="0" distR="0" wp14:anchorId="45ABC436" wp14:editId="45F2CA0A">
          <wp:extent cx="2619375" cy="810672"/>
          <wp:effectExtent l="0" t="0" r="0" b="8890"/>
          <wp:docPr id="15724649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464976" name="Imagen 15724649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31084" cy="814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9545743">
    <w:abstractNumId w:val="8"/>
  </w:num>
  <w:num w:numId="2" w16cid:durableId="1875654664">
    <w:abstractNumId w:val="6"/>
  </w:num>
  <w:num w:numId="3" w16cid:durableId="2011371552">
    <w:abstractNumId w:val="5"/>
  </w:num>
  <w:num w:numId="4" w16cid:durableId="1047489951">
    <w:abstractNumId w:val="4"/>
  </w:num>
  <w:num w:numId="5" w16cid:durableId="428696902">
    <w:abstractNumId w:val="7"/>
  </w:num>
  <w:num w:numId="6" w16cid:durableId="123698098">
    <w:abstractNumId w:val="3"/>
  </w:num>
  <w:num w:numId="7" w16cid:durableId="1744182444">
    <w:abstractNumId w:val="2"/>
  </w:num>
  <w:num w:numId="8" w16cid:durableId="597062600">
    <w:abstractNumId w:val="1"/>
  </w:num>
  <w:num w:numId="9" w16cid:durableId="70935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1BBE"/>
    <w:rsid w:val="000D2F12"/>
    <w:rsid w:val="000E344D"/>
    <w:rsid w:val="000E3B39"/>
    <w:rsid w:val="000F35C9"/>
    <w:rsid w:val="000F6CC6"/>
    <w:rsid w:val="00125749"/>
    <w:rsid w:val="00136E9F"/>
    <w:rsid w:val="001420BA"/>
    <w:rsid w:val="00145373"/>
    <w:rsid w:val="0015074B"/>
    <w:rsid w:val="001A4753"/>
    <w:rsid w:val="001A7F14"/>
    <w:rsid w:val="001D7F9D"/>
    <w:rsid w:val="002128AF"/>
    <w:rsid w:val="002273DC"/>
    <w:rsid w:val="00251DAC"/>
    <w:rsid w:val="00295371"/>
    <w:rsid w:val="0029639D"/>
    <w:rsid w:val="002A4ACE"/>
    <w:rsid w:val="00326F90"/>
    <w:rsid w:val="004107E3"/>
    <w:rsid w:val="00425BD5"/>
    <w:rsid w:val="0048398A"/>
    <w:rsid w:val="004F42F8"/>
    <w:rsid w:val="005242A9"/>
    <w:rsid w:val="0057136C"/>
    <w:rsid w:val="00593D29"/>
    <w:rsid w:val="005C416E"/>
    <w:rsid w:val="00606AE9"/>
    <w:rsid w:val="006073EC"/>
    <w:rsid w:val="00632CD5"/>
    <w:rsid w:val="00674362"/>
    <w:rsid w:val="006E6309"/>
    <w:rsid w:val="006F690A"/>
    <w:rsid w:val="00704D2D"/>
    <w:rsid w:val="00756E28"/>
    <w:rsid w:val="00765B45"/>
    <w:rsid w:val="007B3E00"/>
    <w:rsid w:val="007D32C9"/>
    <w:rsid w:val="007F1796"/>
    <w:rsid w:val="007F42B3"/>
    <w:rsid w:val="008156EE"/>
    <w:rsid w:val="0082645B"/>
    <w:rsid w:val="00845E5F"/>
    <w:rsid w:val="008856D2"/>
    <w:rsid w:val="008B3001"/>
    <w:rsid w:val="008E09B7"/>
    <w:rsid w:val="009E2CB8"/>
    <w:rsid w:val="00AA1D8D"/>
    <w:rsid w:val="00B12815"/>
    <w:rsid w:val="00B3231C"/>
    <w:rsid w:val="00B34312"/>
    <w:rsid w:val="00B447F5"/>
    <w:rsid w:val="00B47730"/>
    <w:rsid w:val="00B5317C"/>
    <w:rsid w:val="00B55F0C"/>
    <w:rsid w:val="00B56075"/>
    <w:rsid w:val="00BC2C50"/>
    <w:rsid w:val="00BC7F57"/>
    <w:rsid w:val="00BD1E7D"/>
    <w:rsid w:val="00C14183"/>
    <w:rsid w:val="00C165AE"/>
    <w:rsid w:val="00C31067"/>
    <w:rsid w:val="00CB0664"/>
    <w:rsid w:val="00CD3C79"/>
    <w:rsid w:val="00D328E1"/>
    <w:rsid w:val="00D34F5A"/>
    <w:rsid w:val="00D836F9"/>
    <w:rsid w:val="00DC030E"/>
    <w:rsid w:val="00DD7B0D"/>
    <w:rsid w:val="00DE3B55"/>
    <w:rsid w:val="00DE5657"/>
    <w:rsid w:val="00DF2338"/>
    <w:rsid w:val="00E0610F"/>
    <w:rsid w:val="00E1207E"/>
    <w:rsid w:val="00E21D17"/>
    <w:rsid w:val="00E40E27"/>
    <w:rsid w:val="00E97EED"/>
    <w:rsid w:val="00EB08E6"/>
    <w:rsid w:val="00ED1AEB"/>
    <w:rsid w:val="00EE0119"/>
    <w:rsid w:val="00F33D80"/>
    <w:rsid w:val="00F650DA"/>
    <w:rsid w:val="00F867AD"/>
    <w:rsid w:val="00F9543F"/>
    <w:rsid w:val="00FA662C"/>
    <w:rsid w:val="00FB354E"/>
    <w:rsid w:val="00FC693F"/>
    <w:rsid w:val="1733CB4D"/>
    <w:rsid w:val="1BFF6759"/>
    <w:rsid w:val="55D092A7"/>
    <w:rsid w:val="7AB6F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6BA132"/>
  <w14:defaultImageDpi w14:val="300"/>
  <w15:docId w15:val="{42CF6E70-6BF9-41A0-9698-DC1D5315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826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2fb978-06ba-4824-af58-d5edcd5eb637">
      <Terms xmlns="http://schemas.microsoft.com/office/infopath/2007/PartnerControls"/>
    </lcf76f155ced4ddcb4097134ff3c332f>
    <TaxCatchAll xmlns="3baf480f-cb9d-4846-92c0-c801282413c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3136A2F01F65E4995C9DFC82244FFCC" ma:contentTypeVersion="13" ma:contentTypeDescription="Crear nuevo documento." ma:contentTypeScope="" ma:versionID="0f5fda11fd52af6db848642f59968f54">
  <xsd:schema xmlns:xsd="http://www.w3.org/2001/XMLSchema" xmlns:xs="http://www.w3.org/2001/XMLSchema" xmlns:p="http://schemas.microsoft.com/office/2006/metadata/properties" xmlns:ns2="f62fb978-06ba-4824-af58-d5edcd5eb637" xmlns:ns3="3baf480f-cb9d-4846-92c0-c801282413c7" targetNamespace="http://schemas.microsoft.com/office/2006/metadata/properties" ma:root="true" ma:fieldsID="457ff82e5223e079e2536a8e7d201287" ns2:_="" ns3:_="">
    <xsd:import namespace="f62fb978-06ba-4824-af58-d5edcd5eb637"/>
    <xsd:import namespace="3baf480f-cb9d-4846-92c0-c801282413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fb978-06ba-4824-af58-d5edcd5eb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ad3e59a1-aef1-4066-ac83-c9a3bdb6df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f480f-cb9d-4846-92c0-c801282413c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6157638-593e-48da-92ee-806b5c02dee3}" ma:internalName="TaxCatchAll" ma:showField="CatchAllData" ma:web="3baf480f-cb9d-4846-92c0-c801282413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FFCE6B-B1D8-48F5-B40C-E49F713CB5EB}">
  <ds:schemaRefs>
    <ds:schemaRef ds:uri="http://schemas.microsoft.com/office/2006/metadata/properties"/>
    <ds:schemaRef ds:uri="http://schemas.microsoft.com/office/infopath/2007/PartnerControls"/>
    <ds:schemaRef ds:uri="f62fb978-06ba-4824-af58-d5edcd5eb637"/>
    <ds:schemaRef ds:uri="3baf480f-cb9d-4846-92c0-c801282413c7"/>
  </ds:schemaRefs>
</ds:datastoreItem>
</file>

<file path=customXml/itemProps2.xml><?xml version="1.0" encoding="utf-8"?>
<ds:datastoreItem xmlns:ds="http://schemas.openxmlformats.org/officeDocument/2006/customXml" ds:itemID="{A02642E1-BE29-4929-B1F3-A4BEAF0D0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fb978-06ba-4824-af58-d5edcd5eb637"/>
    <ds:schemaRef ds:uri="3baf480f-cb9d-4846-92c0-c80128241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F1AB13-346B-4A49-843F-9A193EEF6D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305</Words>
  <Characters>1682</Characters>
  <Application>Microsoft Office Word</Application>
  <DocSecurity>0</DocSecurity>
  <Lines>14</Lines>
  <Paragraphs>3</Paragraphs>
  <ScaleCrop>false</ScaleCrop>
  <Manager/>
  <Company/>
  <LinksUpToDate>false</LinksUpToDate>
  <CharactersWithSpaces>1984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revision>42</cp:revision>
  <cp:lastPrinted>2026-07-01T15:54:00Z</cp:lastPrinted>
  <dcterms:created xsi:type="dcterms:W3CDTF">2026-03-07T02:22:00Z</dcterms:created>
  <dcterms:modified xsi:type="dcterms:W3CDTF">2026-07-01T16:00:00Z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0x010100A3136A2F01F65E4995C9DFC82244FFCC</vt:lpwstr>
  </property>
  <property fmtid="{D5CDD505-2E9C-101B-9397-08002B2CF9AE}" pid="3" name="MediaServiceImageTags">
    <vt:lpwstr/>
  </property>
</Properties>
</file>