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67169E" w14:textId="77777777" w:rsidR="00C303A9" w:rsidRDefault="00000000">
      <w:pPr>
        <w:jc w:val="center"/>
      </w:pPr>
      <w:r>
        <w:rPr>
          <w:b/>
          <w:sz w:val="32"/>
        </w:rPr>
        <w:t>AFFIDÁVIT</w:t>
      </w:r>
    </w:p>
    <w:p w14:paraId="4EDB6C10" w14:textId="77777777" w:rsidR="00C303A9" w:rsidRDefault="00C303A9" w:rsidP="00E13FA6"/>
    <w:p w14:paraId="52CD7249" w14:textId="02F94021" w:rsidR="00C303A9" w:rsidRDefault="00000000" w:rsidP="006852A0">
      <w:pPr>
        <w:spacing w:line="480" w:lineRule="auto"/>
      </w:pPr>
      <w:r>
        <w:t>Yo, __________________________________________</w:t>
      </w:r>
      <w:r w:rsidR="00E13FA6">
        <w:t>______________________________________________________</w:t>
      </w:r>
      <w:r>
        <w:t>,</w:t>
      </w:r>
      <w:r>
        <w:br/>
        <w:t>profesor/a de la escuela _______________________________________</w:t>
      </w:r>
      <w:r w:rsidR="00E13FA6">
        <w:t>______________________________</w:t>
      </w:r>
      <w:r>
        <w:t>___,</w:t>
      </w:r>
      <w:r>
        <w:br/>
        <w:t>declaro bajo mi responsabilidad que he leído las bases de la convocatoria oficial del Certamen Literario Escribo en Español y que he supervisado la realización de las redacciones por parte de los estudiantes de nivel __________________________________________, según las condiciones estipuladas en dichas bases.</w:t>
      </w:r>
    </w:p>
    <w:p w14:paraId="2EA63782" w14:textId="77777777" w:rsidR="00C303A9" w:rsidRDefault="00000000">
      <w:r>
        <w:br/>
      </w:r>
      <w:r>
        <w:br/>
      </w:r>
    </w:p>
    <w:p w14:paraId="39AC39AA" w14:textId="77777777" w:rsidR="00C303A9" w:rsidRDefault="00000000">
      <w:r>
        <w:t>Firmado: ___________________________________</w:t>
      </w:r>
    </w:p>
    <w:p w14:paraId="1F2CF485" w14:textId="77777777" w:rsidR="00C303A9" w:rsidRDefault="00000000">
      <w:r>
        <w:t>Fecha y lugar: ___________________________________</w:t>
      </w:r>
    </w:p>
    <w:p w14:paraId="1AAD49EA" w14:textId="77777777" w:rsidR="00C303A9" w:rsidRDefault="00000000">
      <w:r>
        <w:br/>
      </w:r>
      <w:r>
        <w:br/>
      </w:r>
    </w:p>
    <w:p w14:paraId="04F9674F" w14:textId="77777777" w:rsidR="00C303A9" w:rsidRDefault="00000000">
      <w:r>
        <w:t>En ____________________, a _____ de __________________ de 202__</w:t>
      </w:r>
    </w:p>
    <w:sectPr w:rsidR="00C303A9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3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995915530">
    <w:abstractNumId w:val="8"/>
  </w:num>
  <w:num w:numId="2" w16cid:durableId="1655645688">
    <w:abstractNumId w:val="6"/>
  </w:num>
  <w:num w:numId="3" w16cid:durableId="818498013">
    <w:abstractNumId w:val="5"/>
  </w:num>
  <w:num w:numId="4" w16cid:durableId="8458257">
    <w:abstractNumId w:val="4"/>
  </w:num>
  <w:num w:numId="5" w16cid:durableId="638996341">
    <w:abstractNumId w:val="7"/>
  </w:num>
  <w:num w:numId="6" w16cid:durableId="1634091037">
    <w:abstractNumId w:val="3"/>
  </w:num>
  <w:num w:numId="7" w16cid:durableId="233442607">
    <w:abstractNumId w:val="2"/>
  </w:num>
  <w:num w:numId="8" w16cid:durableId="270208117">
    <w:abstractNumId w:val="1"/>
  </w:num>
  <w:num w:numId="9" w16cid:durableId="19268401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4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15074B"/>
    <w:rsid w:val="0029639D"/>
    <w:rsid w:val="00326F90"/>
    <w:rsid w:val="003E71E2"/>
    <w:rsid w:val="006852A0"/>
    <w:rsid w:val="00AA1D8D"/>
    <w:rsid w:val="00B47730"/>
    <w:rsid w:val="00C303A9"/>
    <w:rsid w:val="00CB0664"/>
    <w:rsid w:val="00E13FA6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7FBE5BD"/>
  <w14:defaultImageDpi w14:val="300"/>
  <w15:docId w15:val="{29750F35-5636-7D4A-B20D-DCF702635A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customXml" Target="../customXml/item4.xml"/><Relationship Id="rId4" Type="http://schemas.openxmlformats.org/officeDocument/2006/relationships/settings" Target="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89CC3EAD349B64387D96ADF4200973D" ma:contentTypeVersion="19" ma:contentTypeDescription="Crear nuevo documento." ma:contentTypeScope="" ma:versionID="c798d3c1482473c799be9d27b05c3d75">
  <xsd:schema xmlns:xsd="http://www.w3.org/2001/XMLSchema" xmlns:xs="http://www.w3.org/2001/XMLSchema" xmlns:p="http://schemas.microsoft.com/office/2006/metadata/properties" xmlns:ns2="2ac4252d-edf1-40c7-91e3-416d93cde782" xmlns:ns3="6c01d7e6-cbdd-4dc8-9e2b-6f3ac8f88893" targetNamespace="http://schemas.microsoft.com/office/2006/metadata/properties" ma:root="true" ma:fieldsID="1fb1d45f294b79cab5a93730b087c5fd" ns2:_="" ns3:_="">
    <xsd:import namespace="2ac4252d-edf1-40c7-91e3-416d93cde782"/>
    <xsd:import namespace="6c01d7e6-cbdd-4dc8-9e2b-6f3ac8f8889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c4252d-edf1-40c7-91e3-416d93cde782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4eb55793-5c69-4e41-85e3-cb8f92fc3b70}" ma:internalName="TaxCatchAll" ma:showField="CatchAllData" ma:web="2ac4252d-edf1-40c7-91e3-416d93cde78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01d7e6-cbdd-4dc8-9e2b-6f3ac8f888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Etiquetas de imagen" ma:readOnly="false" ma:fieldId="{5cf76f15-5ced-4ddc-b409-7134ff3c332f}" ma:taxonomyMulti="true" ma:sspId="0a3434a8-1381-4c11-bafa-c337b1b2f59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01d7e6-cbdd-4dc8-9e2b-6f3ac8f88893">
      <Terms xmlns="http://schemas.microsoft.com/office/infopath/2007/PartnerControls"/>
    </lcf76f155ced4ddcb4097134ff3c332f>
    <TaxCatchAll xmlns="2ac4252d-edf1-40c7-91e3-416d93cde782" xsi:nil="true"/>
  </documentManagement>
</p:properties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7E80016-CC2A-430E-9A2E-E1537A009CBA}"/>
</file>

<file path=customXml/itemProps3.xml><?xml version="1.0" encoding="utf-8"?>
<ds:datastoreItem xmlns:ds="http://schemas.openxmlformats.org/officeDocument/2006/customXml" ds:itemID="{7415F4CF-5C05-46B8-88A4-6E8BAAF889B4}"/>
</file>

<file path=customXml/itemProps4.xml><?xml version="1.0" encoding="utf-8"?>
<ds:datastoreItem xmlns:ds="http://schemas.openxmlformats.org/officeDocument/2006/customXml" ds:itemID="{A05B48A4-DD50-43A6-AEF4-38506BCF7B31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102</Words>
  <Characters>588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689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ines sal</cp:lastModifiedBy>
  <cp:revision>3</cp:revision>
  <dcterms:created xsi:type="dcterms:W3CDTF">2025-09-18T19:27:00Z</dcterms:created>
  <dcterms:modified xsi:type="dcterms:W3CDTF">2025-09-18T19:27:00Z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0x010100189CC3EAD349B64387D96ADF4200973D</vt:lpwstr>
  </property>
</Properties>
</file>